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52A" w:rsidRDefault="00382D35">
      <w:pPr>
        <w:jc w:val="center"/>
      </w:pPr>
      <w:r>
        <w:rPr>
          <w:noProof/>
          <w:lang w:val="ru-RU" w:eastAsia="ru-RU"/>
        </w:rPr>
        <w:drawing>
          <wp:inline distT="0" distB="0" distL="0" distR="0">
            <wp:extent cx="1143000" cy="113850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tperspektiva_logo.jpe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38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652A" w:rsidRPr="00212CC6" w:rsidRDefault="00382D35">
      <w:pPr>
        <w:jc w:val="right"/>
        <w:rPr>
          <w:lang w:val="ru-RU"/>
        </w:rPr>
      </w:pPr>
      <w:r w:rsidRPr="00212CC6">
        <w:rPr>
          <w:b/>
          <w:sz w:val="22"/>
          <w:lang w:val="ru-RU"/>
        </w:rPr>
        <w:t>Приложение</w:t>
      </w:r>
      <w:r w:rsidRPr="00212CC6">
        <w:rPr>
          <w:b/>
          <w:sz w:val="22"/>
          <w:lang w:val="ru-RU"/>
        </w:rPr>
        <w:br/>
        <w:t>к Положению о творческом конкурсе</w:t>
      </w:r>
    </w:p>
    <w:p w:rsidR="0038652A" w:rsidRPr="00212CC6" w:rsidRDefault="00382D35">
      <w:pPr>
        <w:spacing w:before="500"/>
        <w:jc w:val="center"/>
        <w:rPr>
          <w:lang w:val="ru-RU"/>
        </w:rPr>
      </w:pPr>
      <w:r w:rsidRPr="00212CC6">
        <w:rPr>
          <w:b/>
          <w:sz w:val="34"/>
          <w:lang w:val="ru-RU"/>
        </w:rPr>
        <w:t>РЕКОМЕНДУЕМЫЕ ПРОИЗВЕДЕНИЯ</w:t>
      </w:r>
      <w:r w:rsidRPr="00212CC6">
        <w:rPr>
          <w:b/>
          <w:sz w:val="34"/>
          <w:lang w:val="ru-RU"/>
        </w:rPr>
        <w:br/>
        <w:t>ДЛЯ КОНКУРСНЫХ РАБОТ</w:t>
      </w:r>
    </w:p>
    <w:p w:rsidR="0038652A" w:rsidRPr="00212CC6" w:rsidRDefault="00382D35">
      <w:pPr>
        <w:spacing w:before="160"/>
        <w:jc w:val="center"/>
        <w:rPr>
          <w:lang w:val="ru-RU"/>
        </w:rPr>
      </w:pPr>
      <w:r w:rsidRPr="00212CC6">
        <w:rPr>
          <w:b/>
          <w:sz w:val="26"/>
          <w:lang w:val="ru-RU"/>
        </w:rPr>
        <w:t>«БЫЛ И ЕСТЬ У РОССИИ ВЕЧНОЙ ПРОЧНОСТИ ВЕЧНЫЙ ЗАПАС.</w:t>
      </w:r>
      <w:r w:rsidRPr="00212CC6">
        <w:rPr>
          <w:b/>
          <w:sz w:val="26"/>
          <w:lang w:val="ru-RU"/>
        </w:rPr>
        <w:br/>
        <w:t>ДРУЖБА НАРОДОВ — ДРУЖБА ЛИТЕРАТУР»</w:t>
      </w:r>
    </w:p>
    <w:p w:rsidR="0038652A" w:rsidRPr="00212CC6" w:rsidRDefault="00382D35">
      <w:pPr>
        <w:spacing w:before="240"/>
        <w:jc w:val="center"/>
        <w:rPr>
          <w:lang w:val="ru-RU"/>
        </w:rPr>
      </w:pPr>
      <w:r w:rsidRPr="00212CC6">
        <w:rPr>
          <w:lang w:val="ru-RU"/>
        </w:rPr>
        <w:t>Подборка стихотворений авторов проекта</w:t>
      </w:r>
      <w:r w:rsidRPr="00212CC6">
        <w:rPr>
          <w:lang w:val="ru-RU"/>
        </w:rPr>
        <w:br/>
        <w:t>(по три произведения каждого поэта)</w:t>
      </w:r>
    </w:p>
    <w:p w:rsidR="0038652A" w:rsidRPr="00212CC6" w:rsidRDefault="00382D35">
      <w:pPr>
        <w:spacing w:before="480"/>
        <w:jc w:val="both"/>
        <w:rPr>
          <w:lang w:val="ru-RU"/>
        </w:rPr>
      </w:pPr>
      <w:r w:rsidRPr="00212CC6">
        <w:rPr>
          <w:i/>
          <w:sz w:val="20"/>
          <w:lang w:val="ru-RU"/>
        </w:rPr>
        <w:t>Примечание. Подборка подготовлена по материалам, собранным организатором конкурса. Тексты, названия, даты и сведения о переводчиках сохранены в пределах данных, указанных в предоставленных источниках. Юрий Бондарев в данную стихотворную подборку не включён, поскольку является прозаиком; для него целесообразно оформить отдельный раздел с тремя фрагментами прозы.</w:t>
      </w:r>
    </w:p>
    <w:p w:rsidR="0038652A" w:rsidRPr="00212CC6" w:rsidRDefault="00382D35">
      <w:pPr>
        <w:spacing w:before="600"/>
        <w:jc w:val="center"/>
        <w:rPr>
          <w:lang w:val="ru-RU"/>
        </w:rPr>
      </w:pPr>
      <w:r w:rsidRPr="00212CC6">
        <w:rPr>
          <w:sz w:val="22"/>
          <w:lang w:val="ru-RU"/>
        </w:rPr>
        <w:t>Москва</w:t>
      </w:r>
      <w:r w:rsidRPr="00212CC6">
        <w:rPr>
          <w:sz w:val="22"/>
          <w:lang w:val="ru-RU"/>
        </w:rPr>
        <w:br/>
        <w:t>2026</w:t>
      </w:r>
    </w:p>
    <w:p w:rsidR="0038652A" w:rsidRPr="00212CC6" w:rsidRDefault="0038652A">
      <w:pPr>
        <w:rPr>
          <w:lang w:val="ru-RU"/>
        </w:rPr>
      </w:pPr>
    </w:p>
    <w:p w:rsidR="0038652A" w:rsidRPr="00212CC6" w:rsidRDefault="00382D35">
      <w:pPr>
        <w:pStyle w:val="1"/>
        <w:jc w:val="center"/>
        <w:rPr>
          <w:lang w:val="ru-RU"/>
        </w:rPr>
      </w:pPr>
      <w:r w:rsidRPr="00212CC6">
        <w:rPr>
          <w:lang w:val="ru-RU"/>
        </w:rPr>
        <w:t>Содержание подборки</w:t>
      </w:r>
    </w:p>
    <w:p w:rsidR="0038652A" w:rsidRPr="00212CC6" w:rsidRDefault="00382D35">
      <w:pPr>
        <w:ind w:left="288"/>
        <w:rPr>
          <w:lang w:val="ru-RU"/>
        </w:rPr>
      </w:pPr>
      <w:r w:rsidRPr="00212CC6">
        <w:rPr>
          <w:b/>
          <w:lang w:val="ru-RU"/>
        </w:rPr>
        <w:t xml:space="preserve">1. Муса Джалиль: </w:t>
      </w:r>
      <w:r w:rsidRPr="00212CC6">
        <w:rPr>
          <w:lang w:val="ru-RU"/>
        </w:rPr>
        <w:t>«Красная ромашка»; «Мои песни»; «Варварство».</w:t>
      </w:r>
    </w:p>
    <w:p w:rsidR="0038652A" w:rsidRPr="00212CC6" w:rsidRDefault="00382D35">
      <w:pPr>
        <w:ind w:left="288"/>
        <w:rPr>
          <w:lang w:val="ru-RU"/>
        </w:rPr>
      </w:pPr>
      <w:r w:rsidRPr="00212CC6">
        <w:rPr>
          <w:b/>
          <w:lang w:val="ru-RU"/>
        </w:rPr>
        <w:t xml:space="preserve">2. Мустай Карим: </w:t>
      </w:r>
      <w:r w:rsidRPr="00212CC6">
        <w:rPr>
          <w:lang w:val="ru-RU"/>
        </w:rPr>
        <w:t>«Не русский я, но россиянин»; «О берёзовом листе»; «Я ухожу, товарищи, на фронт».</w:t>
      </w:r>
    </w:p>
    <w:p w:rsidR="0038652A" w:rsidRPr="00212CC6" w:rsidRDefault="00382D35">
      <w:pPr>
        <w:ind w:left="288"/>
        <w:rPr>
          <w:lang w:val="ru-RU"/>
        </w:rPr>
      </w:pPr>
      <w:r w:rsidRPr="00212CC6">
        <w:rPr>
          <w:b/>
          <w:lang w:val="ru-RU"/>
        </w:rPr>
        <w:t xml:space="preserve">3. Габдулла Тукай: </w:t>
      </w:r>
      <w:r w:rsidRPr="00212CC6">
        <w:rPr>
          <w:lang w:val="ru-RU"/>
        </w:rPr>
        <w:t>«Родной язык»; «Родная деревня»; «Пара лошадей».</w:t>
      </w:r>
    </w:p>
    <w:p w:rsidR="0038652A" w:rsidRPr="00212CC6" w:rsidRDefault="00382D35">
      <w:pPr>
        <w:ind w:left="288"/>
        <w:rPr>
          <w:lang w:val="ru-RU"/>
        </w:rPr>
      </w:pPr>
      <w:r w:rsidRPr="00212CC6">
        <w:rPr>
          <w:b/>
          <w:lang w:val="ru-RU"/>
        </w:rPr>
        <w:t xml:space="preserve">4. Расул Гамзатов: </w:t>
      </w:r>
      <w:r w:rsidRPr="00212CC6">
        <w:rPr>
          <w:lang w:val="ru-RU"/>
        </w:rPr>
        <w:t>«Берегите матерей»; «Берегите друзей»; «Журавли».</w:t>
      </w:r>
    </w:p>
    <w:p w:rsidR="0038652A" w:rsidRPr="00212CC6" w:rsidRDefault="00382D35">
      <w:pPr>
        <w:ind w:left="288"/>
        <w:rPr>
          <w:lang w:val="ru-RU"/>
        </w:rPr>
      </w:pPr>
      <w:r w:rsidRPr="00212CC6">
        <w:rPr>
          <w:b/>
          <w:lang w:val="ru-RU"/>
        </w:rPr>
        <w:t xml:space="preserve">5. Исхак Машбаш: </w:t>
      </w:r>
      <w:r w:rsidRPr="00212CC6">
        <w:rPr>
          <w:lang w:val="ru-RU"/>
        </w:rPr>
        <w:t>«Адыги»; «Суровая память»; «Живи, добро верши».</w:t>
      </w:r>
    </w:p>
    <w:p w:rsidR="0038652A" w:rsidRPr="00212CC6" w:rsidRDefault="00382D35">
      <w:pPr>
        <w:ind w:left="288"/>
        <w:rPr>
          <w:lang w:val="ru-RU"/>
        </w:rPr>
      </w:pPr>
      <w:r w:rsidRPr="00212CC6">
        <w:rPr>
          <w:b/>
          <w:lang w:val="ru-RU"/>
        </w:rPr>
        <w:t xml:space="preserve">6. Валентин Сорокин: </w:t>
      </w:r>
      <w:r w:rsidRPr="00212CC6">
        <w:rPr>
          <w:lang w:val="ru-RU"/>
        </w:rPr>
        <w:t>«Дух свободы»; «К уезжающим»; «Ветер встречи».</w:t>
      </w:r>
    </w:p>
    <w:p w:rsidR="0038652A" w:rsidRPr="00212CC6" w:rsidRDefault="00382D35">
      <w:pPr>
        <w:rPr>
          <w:lang w:val="ru-RU"/>
        </w:rPr>
      </w:pPr>
      <w:r w:rsidRPr="00212CC6">
        <w:rPr>
          <w:lang w:val="ru-RU"/>
        </w:rPr>
        <w:br w:type="page"/>
      </w:r>
    </w:p>
    <w:p w:rsidR="0038652A" w:rsidRPr="00212CC6" w:rsidRDefault="00382D35">
      <w:pPr>
        <w:pStyle w:val="1"/>
        <w:jc w:val="center"/>
        <w:rPr>
          <w:lang w:val="ru-RU"/>
        </w:rPr>
      </w:pPr>
      <w:r w:rsidRPr="00212CC6">
        <w:rPr>
          <w:lang w:val="ru-RU"/>
        </w:rPr>
        <w:lastRenderedPageBreak/>
        <w:t>1. Муса Джалиль</w:t>
      </w:r>
    </w:p>
    <w:p w:rsidR="0038652A" w:rsidRPr="00212CC6" w:rsidRDefault="00382D35">
      <w:pPr>
        <w:pStyle w:val="21"/>
        <w:spacing w:before="80" w:after="160"/>
        <w:jc w:val="center"/>
        <w:rPr>
          <w:lang w:val="ru-RU"/>
        </w:rPr>
      </w:pPr>
      <w:r w:rsidRPr="00212CC6">
        <w:rPr>
          <w:lang w:val="ru-RU"/>
        </w:rPr>
        <w:t>Красная ромашка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Луч поляну осветил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И ромашки разбудил: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Улыбнулись, потянулись,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Меж собой переглянулись.</w:t>
      </w:r>
    </w:p>
    <w:p w:rsidR="0038652A" w:rsidRPr="00212CC6" w:rsidRDefault="0038652A">
      <w:pPr>
        <w:spacing w:after="20"/>
        <w:rPr>
          <w:lang w:val="ru-RU"/>
        </w:rPr>
      </w:pP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Ветерок их приласкал,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Лепестки заколыхал,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Их заря умыла чистой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Свежею росой душистой.</w:t>
      </w:r>
    </w:p>
    <w:p w:rsidR="0038652A" w:rsidRPr="00212CC6" w:rsidRDefault="0038652A">
      <w:pPr>
        <w:spacing w:after="20"/>
        <w:rPr>
          <w:lang w:val="ru-RU"/>
        </w:rPr>
      </w:pP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Так качаются они,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Наслаждаются они.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Вдруг ромашки встрепенулись,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Все к подружке повернулись.</w:t>
      </w:r>
    </w:p>
    <w:p w:rsidR="0038652A" w:rsidRPr="00212CC6" w:rsidRDefault="0038652A">
      <w:pPr>
        <w:spacing w:after="20"/>
        <w:rPr>
          <w:lang w:val="ru-RU"/>
        </w:rPr>
      </w:pP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Эта девочка была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Не как все цветы бела: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Все ромашки, как ромашки,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Носят белые рубашки.</w:t>
      </w:r>
    </w:p>
    <w:p w:rsidR="0038652A" w:rsidRPr="00212CC6" w:rsidRDefault="0038652A">
      <w:pPr>
        <w:spacing w:after="20"/>
        <w:rPr>
          <w:lang w:val="ru-RU"/>
        </w:rPr>
      </w:pP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Все - как снег, она одна,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Словно кровь, была красна.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Вся поляна к ней теснилась: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- Почему ты изменилась?</w:t>
      </w:r>
    </w:p>
    <w:p w:rsidR="0038652A" w:rsidRPr="00212CC6" w:rsidRDefault="0038652A">
      <w:pPr>
        <w:spacing w:after="20"/>
        <w:rPr>
          <w:lang w:val="ru-RU"/>
        </w:rPr>
      </w:pP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- Где взяла ты этот цвет? -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А подружка им в ответ: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- Вот какое вышло дело.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Ночью битва здесь кипела,</w:t>
      </w:r>
    </w:p>
    <w:p w:rsidR="0038652A" w:rsidRPr="00212CC6" w:rsidRDefault="0038652A">
      <w:pPr>
        <w:spacing w:after="20"/>
        <w:rPr>
          <w:lang w:val="ru-RU"/>
        </w:rPr>
      </w:pP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И плечо в плечо со мной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Тут лежал боец-герой.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Он с врагами стал сражаться,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Он один, а их пятнадцать.</w:t>
      </w:r>
    </w:p>
    <w:p w:rsidR="0038652A" w:rsidRPr="00212CC6" w:rsidRDefault="0038652A">
      <w:pPr>
        <w:spacing w:after="20"/>
        <w:rPr>
          <w:lang w:val="ru-RU"/>
        </w:rPr>
      </w:pP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Он их бил, не отступил,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Только утром ранен был.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Кровь из раны заструилась,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Я в крови его умылась.</w:t>
      </w:r>
    </w:p>
    <w:p w:rsidR="0038652A" w:rsidRPr="00212CC6" w:rsidRDefault="0038652A">
      <w:pPr>
        <w:spacing w:after="20"/>
        <w:rPr>
          <w:lang w:val="ru-RU"/>
        </w:rPr>
      </w:pP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Он ушел, его здесь нет -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Мне одной встречать рассвет.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И теперь, по нем горюя,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Как Чулпан-звезда горю я.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Июль 1942</w:t>
      </w:r>
    </w:p>
    <w:p w:rsidR="0038652A" w:rsidRPr="00212CC6" w:rsidRDefault="00382D35">
      <w:pPr>
        <w:pStyle w:val="SourceNote"/>
        <w:rPr>
          <w:lang w:val="ru-RU"/>
        </w:rPr>
      </w:pPr>
      <w:r w:rsidRPr="00212CC6">
        <w:rPr>
          <w:lang w:val="ru-RU"/>
        </w:rPr>
        <w:t>Источник: Национальная библиотека Республики Татарстан; в предоставленном материале также указано: Муса Джалиль. «Избранное». Казань: Татарское книжное издательство, 1973.</w:t>
      </w:r>
    </w:p>
    <w:p w:rsidR="0038652A" w:rsidRPr="00212CC6" w:rsidRDefault="00382D35">
      <w:pPr>
        <w:spacing w:before="160" w:after="160"/>
        <w:jc w:val="center"/>
        <w:rPr>
          <w:lang w:val="ru-RU"/>
        </w:rPr>
      </w:pPr>
      <w:r w:rsidRPr="00212CC6">
        <w:rPr>
          <w:lang w:val="ru-RU"/>
        </w:rPr>
        <w:lastRenderedPageBreak/>
        <w:t>• • •</w:t>
      </w:r>
    </w:p>
    <w:p w:rsidR="0038652A" w:rsidRPr="00212CC6" w:rsidRDefault="00382D35">
      <w:pPr>
        <w:pStyle w:val="21"/>
        <w:spacing w:before="80" w:after="160"/>
        <w:jc w:val="center"/>
        <w:rPr>
          <w:lang w:val="ru-RU"/>
        </w:rPr>
      </w:pPr>
      <w:r w:rsidRPr="00212CC6">
        <w:rPr>
          <w:lang w:val="ru-RU"/>
        </w:rPr>
        <w:t>Мои песни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Песни, в душе я взрастил ваши всходы,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Ныне в отчизне цветите в тепле.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Сколько дано вам огня и свободы,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Столько дано вам прожить на земле!</w:t>
      </w:r>
    </w:p>
    <w:p w:rsidR="0038652A" w:rsidRPr="00212CC6" w:rsidRDefault="0038652A">
      <w:pPr>
        <w:spacing w:after="20"/>
        <w:rPr>
          <w:lang w:val="ru-RU"/>
        </w:rPr>
      </w:pP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Вам я поверил свое вдохновенье,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Жаркие чувства и слез чистоту.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Если умрете - умру я в забвенье,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Будете жить - с вами жизнь обрету.</w:t>
      </w:r>
    </w:p>
    <w:p w:rsidR="0038652A" w:rsidRPr="00212CC6" w:rsidRDefault="0038652A">
      <w:pPr>
        <w:spacing w:after="20"/>
        <w:rPr>
          <w:lang w:val="ru-RU"/>
        </w:rPr>
      </w:pP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В песне зажег я огонь, исполняя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Сердца приказ и народа приказ.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Друга лелеяла песня простая.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Песня - врага побеждала не раз.</w:t>
      </w:r>
    </w:p>
    <w:p w:rsidR="0038652A" w:rsidRPr="00212CC6" w:rsidRDefault="0038652A">
      <w:pPr>
        <w:spacing w:after="20"/>
        <w:rPr>
          <w:lang w:val="ru-RU"/>
        </w:rPr>
      </w:pP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Низкие радости, мелкое счастье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Я отвергаю, над ними смеюсь.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Песня исполнена правды и страсти -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Тем, для чего я живу и борюсь.</w:t>
      </w:r>
    </w:p>
    <w:p w:rsidR="0038652A" w:rsidRPr="00212CC6" w:rsidRDefault="0038652A">
      <w:pPr>
        <w:spacing w:after="20"/>
        <w:rPr>
          <w:lang w:val="ru-RU"/>
        </w:rPr>
      </w:pP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Сердце с последним дыханием жизни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Выполнит твердую клятву свою: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Песни всегда посвящал я отчизне,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Ныне отчизне я жизнь отдаю.</w:t>
      </w:r>
    </w:p>
    <w:p w:rsidR="0038652A" w:rsidRPr="00212CC6" w:rsidRDefault="0038652A">
      <w:pPr>
        <w:spacing w:after="20"/>
        <w:rPr>
          <w:lang w:val="ru-RU"/>
        </w:rPr>
      </w:pP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Пел я, весеннюю свежесть почуя,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Пел я, вступая за родину в бой.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Вот и последнюю песню пишу я,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Видя топор палача над собой.</w:t>
      </w:r>
    </w:p>
    <w:p w:rsidR="0038652A" w:rsidRPr="00212CC6" w:rsidRDefault="0038652A">
      <w:pPr>
        <w:spacing w:after="20"/>
        <w:rPr>
          <w:lang w:val="ru-RU"/>
        </w:rPr>
      </w:pP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Песня меня научила свободе,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Песня борцом умереть мне велит.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Жизнь моя песней звенела в народе,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Смерть моя песней борьбы прозвучит!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26 ноября 1943</w:t>
      </w:r>
    </w:p>
    <w:p w:rsidR="0038652A" w:rsidRPr="00212CC6" w:rsidRDefault="00382D35">
      <w:pPr>
        <w:pStyle w:val="SourceNote"/>
        <w:rPr>
          <w:lang w:val="ru-RU"/>
        </w:rPr>
      </w:pPr>
      <w:r w:rsidRPr="00212CC6">
        <w:rPr>
          <w:lang w:val="ru-RU"/>
        </w:rPr>
        <w:t>Источник: Национальная библиотека Республики Татарстан; в предоставленном материале также указано: Джалиль М. «Моабитские тетради». Казань: Татарское книжное издательство, 2000.</w:t>
      </w:r>
    </w:p>
    <w:p w:rsidR="0038652A" w:rsidRPr="00212CC6" w:rsidRDefault="00382D35">
      <w:pPr>
        <w:spacing w:before="160" w:after="160"/>
        <w:jc w:val="center"/>
        <w:rPr>
          <w:lang w:val="ru-RU"/>
        </w:rPr>
      </w:pPr>
      <w:r w:rsidRPr="00212CC6">
        <w:rPr>
          <w:lang w:val="ru-RU"/>
        </w:rPr>
        <w:t>• • •</w:t>
      </w:r>
    </w:p>
    <w:p w:rsidR="0038652A" w:rsidRPr="00212CC6" w:rsidRDefault="00382D35">
      <w:pPr>
        <w:pStyle w:val="21"/>
        <w:spacing w:before="80" w:after="160"/>
        <w:jc w:val="center"/>
        <w:rPr>
          <w:lang w:val="ru-RU"/>
        </w:rPr>
      </w:pPr>
      <w:r w:rsidRPr="00212CC6">
        <w:rPr>
          <w:lang w:val="ru-RU"/>
        </w:rPr>
        <w:t>Варварство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Они с детьми погнали матерей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И яму рыть заставили, а сами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Они стояли, кучка дикарей,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И хриплыми смеялись голосами.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У края бездны выстроили в ряд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Бессильных женщин, худеньких ребят.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lastRenderedPageBreak/>
        <w:t>Пришел хмельной майор и медными глазами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Окинул обреченных... Мутный дождь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Гудел в листве соседних рощ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И на полях, одетых мглою,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И тучи опустились над землею,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Друг друга с бешенством гоня...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Нет, этого я не забуду дня,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Я не забуду никогда, вовеки!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Я видел: плакали, как дети, реки,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И в ярости рыдала мать-земля.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Своими видел я глазами,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Как солнце скорбное, омытое слезами,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Сквозь тучу вышло на поля,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В последний раз детей поцеловало,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В последний раз...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Шумел осенний лес. Казалось, что сейчас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Он обезумел. Гневно бушевала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Его листва. Сгущалась мгла вокруг.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Я слышал: мощный дуб свалился вдруг,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Он падал, издавая вздох тяжелый.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Детей внезапно охватил испуг,--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Прижались к матерям, цепляясь за подолы.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И выстрела раздался резкий звук,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Прервав проклятье,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Что вырвалось у женщины одной.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Ребенок, мальчуган больной,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Головку спрятал в складках платья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Еще не старой женщины. Она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Смотрела, ужаса полна.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Как не лишиться ей рассудка!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Все понял, понял все малютка.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-- Спрячь, мамочка, меня! Не надо умирать! --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Он плачет и, как лист, сдержать не может дрожи.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Дитя, что ей всего дороже,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Нагнувшись, подняла двумя руками мать,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Прижала к сердцу, против дула прямо...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-- Я, мама, жить хочу. Не надо, мама!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Пусти меня, пусти! Чего ты ждешь? --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И хочет вырваться из рук ребенок,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И страшен плач, и голос тонок,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И в сердце он вонзается, как нож.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-- Не бойся, мальчик мой. Сейчас вздохнешь ты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вольно.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Закрой глаза, но голову не прячь,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Чтобы тебя живым не закопал палач.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Терпи, сынок, терпи. Сейчас не будет больно.--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И он закрыл глаза. И заалела кровь,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По шее лентой красной извиваясь.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Две жизни наземь падают, сливаясь,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Две жизни и одна любовь!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Гром грянул. Ветер свистнул в тучах.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Заплакала земля в тоске глухой,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lastRenderedPageBreak/>
        <w:t>О, сколько слез, горячих и горючих!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Земля моя, скажи мне, что с тобой?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Ты часто горе видела людское,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Ты миллионы лет цвела для нас,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Но испытала ль ты хотя бы раз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Такой позор и варварство такое?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Страна моя, враги тебе грозят,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Но выше подними великой правды знамя,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Омой его земли кровавыми слезами,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И пусть его лучи пронзят,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Пусть уничтожат беспощадно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Тех варваров, тех дикарей,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Что кровь детей глотают жадно,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Кровь наших матерей...</w:t>
      </w:r>
    </w:p>
    <w:p w:rsidR="0038652A" w:rsidRPr="00212CC6" w:rsidRDefault="00382D35">
      <w:pPr>
        <w:pStyle w:val="SourceNote"/>
        <w:rPr>
          <w:lang w:val="ru-RU"/>
        </w:rPr>
      </w:pPr>
      <w:r w:rsidRPr="00212CC6">
        <w:rPr>
          <w:lang w:val="ru-RU"/>
        </w:rPr>
        <w:t xml:space="preserve">Источник текста в предоставленном материале: </w:t>
      </w:r>
      <w:r>
        <w:t>https</w:t>
      </w:r>
      <w:r w:rsidRPr="00212CC6">
        <w:rPr>
          <w:lang w:val="ru-RU"/>
        </w:rPr>
        <w:t>://</w:t>
      </w:r>
      <w:r>
        <w:t>kitaphane</w:t>
      </w:r>
      <w:r w:rsidRPr="00212CC6">
        <w:rPr>
          <w:lang w:val="ru-RU"/>
        </w:rPr>
        <w:t>.</w:t>
      </w:r>
      <w:r>
        <w:t>tatarstan</w:t>
      </w:r>
      <w:r w:rsidRPr="00212CC6">
        <w:rPr>
          <w:lang w:val="ru-RU"/>
        </w:rPr>
        <w:t>.</w:t>
      </w:r>
      <w:r>
        <w:t>ru</w:t>
      </w:r>
      <w:r w:rsidRPr="00212CC6">
        <w:rPr>
          <w:lang w:val="ru-RU"/>
        </w:rPr>
        <w:t>/</w:t>
      </w:r>
      <w:r>
        <w:t>jal</w:t>
      </w:r>
      <w:r w:rsidRPr="00212CC6">
        <w:rPr>
          <w:lang w:val="ru-RU"/>
        </w:rPr>
        <w:t>_3.</w:t>
      </w:r>
      <w:r>
        <w:t>htm</w:t>
      </w:r>
    </w:p>
    <w:p w:rsidR="0038652A" w:rsidRPr="00212CC6" w:rsidRDefault="00382D35">
      <w:pPr>
        <w:rPr>
          <w:lang w:val="ru-RU"/>
        </w:rPr>
      </w:pPr>
      <w:r w:rsidRPr="00212CC6">
        <w:rPr>
          <w:lang w:val="ru-RU"/>
        </w:rPr>
        <w:br w:type="page"/>
      </w:r>
    </w:p>
    <w:p w:rsidR="0038652A" w:rsidRPr="00212CC6" w:rsidRDefault="00382D35">
      <w:pPr>
        <w:pStyle w:val="1"/>
        <w:jc w:val="center"/>
        <w:rPr>
          <w:lang w:val="ru-RU"/>
        </w:rPr>
      </w:pPr>
      <w:r w:rsidRPr="00212CC6">
        <w:rPr>
          <w:lang w:val="ru-RU"/>
        </w:rPr>
        <w:lastRenderedPageBreak/>
        <w:t>2. Мустай Карим</w:t>
      </w:r>
    </w:p>
    <w:p w:rsidR="00670658" w:rsidRPr="00C23CA3" w:rsidRDefault="00670658">
      <w:pPr>
        <w:pStyle w:val="21"/>
        <w:spacing w:before="80" w:after="160"/>
        <w:jc w:val="center"/>
        <w:rPr>
          <w:lang w:val="ru-RU"/>
        </w:rPr>
      </w:pPr>
    </w:p>
    <w:p w:rsidR="0038652A" w:rsidRPr="00212CC6" w:rsidRDefault="00382D35">
      <w:pPr>
        <w:pStyle w:val="21"/>
        <w:spacing w:before="80" w:after="160"/>
        <w:jc w:val="center"/>
        <w:rPr>
          <w:lang w:val="ru-RU"/>
        </w:rPr>
      </w:pPr>
      <w:r w:rsidRPr="00212CC6">
        <w:rPr>
          <w:lang w:val="ru-RU"/>
        </w:rPr>
        <w:t>Не русский я, но россиянин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Не русский я, но россиянин. Ныне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Я говорю, свободен и силён: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Я рос, как дуб зелёный на вершине,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Водою рек российских напоен.</w:t>
      </w:r>
    </w:p>
    <w:p w:rsidR="0038652A" w:rsidRPr="00212CC6" w:rsidRDefault="0038652A">
      <w:pPr>
        <w:spacing w:after="20"/>
        <w:rPr>
          <w:lang w:val="ru-RU"/>
        </w:rPr>
      </w:pP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Своею жизнью я гордиться вправе —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Нам с русскими одна судьба дана.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Четыре века в подвигах и славе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Сплелись корнями наши племена.</w:t>
      </w:r>
    </w:p>
    <w:p w:rsidR="0038652A" w:rsidRPr="00212CC6" w:rsidRDefault="0038652A">
      <w:pPr>
        <w:spacing w:after="20"/>
        <w:rPr>
          <w:lang w:val="ru-RU"/>
        </w:rPr>
      </w:pP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Давно Москва, мой голос дружбы слыша,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Откликнулась, исполненная сил.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И русский брат — что есть на свете выше! —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С моей судьбой свою соединил.</w:t>
      </w:r>
    </w:p>
    <w:p w:rsidR="0038652A" w:rsidRPr="00212CC6" w:rsidRDefault="0038652A">
      <w:pPr>
        <w:spacing w:after="20"/>
        <w:rPr>
          <w:lang w:val="ru-RU"/>
        </w:rPr>
      </w:pP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Не русский я, но россиянин. Зваться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Так навсегда, душа моя, гордись!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Пять жизней дай! Им может поравняться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Моей судьбы единственная жизнь.</w:t>
      </w:r>
    </w:p>
    <w:p w:rsidR="0038652A" w:rsidRPr="00212CC6" w:rsidRDefault="0038652A">
      <w:pPr>
        <w:spacing w:after="20"/>
        <w:rPr>
          <w:lang w:val="ru-RU"/>
        </w:rPr>
      </w:pP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С башкиром русский — спутники в дороге,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Застольники — коль брага на столе,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Соратники — по воинской тревоге,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Навеки сомогильники — в земле.</w:t>
      </w:r>
    </w:p>
    <w:p w:rsidR="0038652A" w:rsidRPr="00212CC6" w:rsidRDefault="0038652A">
      <w:pPr>
        <w:spacing w:after="20"/>
        <w:rPr>
          <w:lang w:val="ru-RU"/>
        </w:rPr>
      </w:pP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Когда же целовались, как два брата,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С могучим Пугачевым Салават,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В твоей душе, что дружбою богата,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Прибавилось любви, мой русский брат.</w:t>
      </w:r>
    </w:p>
    <w:p w:rsidR="0038652A" w:rsidRPr="00212CC6" w:rsidRDefault="0038652A">
      <w:pPr>
        <w:spacing w:after="20"/>
        <w:rPr>
          <w:lang w:val="ru-RU"/>
        </w:rPr>
      </w:pP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Не русский я, но россиянин. Чести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Нет выше. Я страны советской сын.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Нам вместе жить и подниматься вместе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К сиянию сверкающих вершин.</w:t>
      </w:r>
    </w:p>
    <w:p w:rsidR="0038652A" w:rsidRPr="00212CC6" w:rsidRDefault="0038652A">
      <w:pPr>
        <w:spacing w:after="20"/>
        <w:rPr>
          <w:lang w:val="ru-RU"/>
        </w:rPr>
      </w:pP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В душе моей — разливы зорь весенних,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В глаза мои луч солнечный проник.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На сердце — песня радости вселенной,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Что сквозь века пробилась, как родник.</w:t>
      </w:r>
    </w:p>
    <w:p w:rsidR="0038652A" w:rsidRPr="00212CC6" w:rsidRDefault="0038652A">
      <w:pPr>
        <w:spacing w:after="20"/>
        <w:rPr>
          <w:lang w:val="ru-RU"/>
        </w:rPr>
      </w:pP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И полюбил я силу в человеке,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И научился радость жизни брать.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За это все, за это все — навеки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Тебе я благодарен, русский брат.</w:t>
      </w:r>
    </w:p>
    <w:p w:rsidR="0038652A" w:rsidRPr="00212CC6" w:rsidRDefault="0038652A">
      <w:pPr>
        <w:spacing w:after="20"/>
        <w:rPr>
          <w:lang w:val="ru-RU"/>
        </w:rPr>
      </w:pPr>
    </w:p>
    <w:p w:rsidR="00670658" w:rsidRPr="00C23CA3" w:rsidRDefault="00670658">
      <w:pPr>
        <w:spacing w:line="240" w:lineRule="auto"/>
        <w:ind w:left="792" w:right="288"/>
        <w:rPr>
          <w:sz w:val="23"/>
          <w:lang w:val="ru-RU"/>
        </w:rPr>
      </w:pP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Ты вкус дал хлебу моему и воду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Моих степей в живую обратил,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Ты мой народ, для радости народа,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С народами другими породнил.</w:t>
      </w:r>
    </w:p>
    <w:p w:rsidR="0038652A" w:rsidRPr="00212CC6" w:rsidRDefault="0038652A">
      <w:pPr>
        <w:spacing w:after="20"/>
        <w:rPr>
          <w:lang w:val="ru-RU"/>
        </w:rPr>
      </w:pP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Не русский я, но россиянин. Зваться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Так навсегда, душа моя, гордись!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Десятку жизней может поравняться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Моей судьбы единственная жизнь.</w:t>
      </w:r>
    </w:p>
    <w:p w:rsidR="0038652A" w:rsidRPr="00212CC6" w:rsidRDefault="00382D35">
      <w:pPr>
        <w:pStyle w:val="SourceNote"/>
        <w:rPr>
          <w:lang w:val="ru-RU"/>
        </w:rPr>
      </w:pPr>
      <w:r w:rsidRPr="00212CC6">
        <w:rPr>
          <w:lang w:val="ru-RU"/>
        </w:rPr>
        <w:t xml:space="preserve">Источник текста в предоставленном материале: </w:t>
      </w:r>
      <w:r>
        <w:t>https</w:t>
      </w:r>
      <w:r w:rsidRPr="00212CC6">
        <w:rPr>
          <w:lang w:val="ru-RU"/>
        </w:rPr>
        <w:t>://</w:t>
      </w:r>
      <w:r>
        <w:t>stihi</w:t>
      </w:r>
      <w:r w:rsidRPr="00212CC6">
        <w:rPr>
          <w:lang w:val="ru-RU"/>
        </w:rPr>
        <w:t>.</w:t>
      </w:r>
      <w:r>
        <w:t>d</w:t>
      </w:r>
      <w:r w:rsidRPr="00212CC6">
        <w:rPr>
          <w:lang w:val="ru-RU"/>
        </w:rPr>
        <w:t>3.</w:t>
      </w:r>
      <w:r>
        <w:t>ru</w:t>
      </w:r>
      <w:r w:rsidRPr="00212CC6">
        <w:rPr>
          <w:lang w:val="ru-RU"/>
        </w:rPr>
        <w:t>/</w:t>
      </w:r>
      <w:r>
        <w:t>ne</w:t>
      </w:r>
      <w:r w:rsidRPr="00212CC6">
        <w:rPr>
          <w:lang w:val="ru-RU"/>
        </w:rPr>
        <w:t>-</w:t>
      </w:r>
      <w:r>
        <w:t>russkii</w:t>
      </w:r>
      <w:r w:rsidRPr="00212CC6">
        <w:rPr>
          <w:lang w:val="ru-RU"/>
        </w:rPr>
        <w:t>-</w:t>
      </w:r>
      <w:r>
        <w:t>ia</w:t>
      </w:r>
      <w:r w:rsidRPr="00212CC6">
        <w:rPr>
          <w:lang w:val="ru-RU"/>
        </w:rPr>
        <w:t>-</w:t>
      </w:r>
      <w:r>
        <w:t>no</w:t>
      </w:r>
      <w:r w:rsidRPr="00212CC6">
        <w:rPr>
          <w:lang w:val="ru-RU"/>
        </w:rPr>
        <w:t>-</w:t>
      </w:r>
      <w:r>
        <w:t>rossiianin</w:t>
      </w:r>
      <w:r w:rsidRPr="00212CC6">
        <w:rPr>
          <w:lang w:val="ru-RU"/>
        </w:rPr>
        <w:t>-</w:t>
      </w:r>
      <w:r>
        <w:t>mustai</w:t>
      </w:r>
      <w:r w:rsidRPr="00212CC6">
        <w:rPr>
          <w:lang w:val="ru-RU"/>
        </w:rPr>
        <w:t>-</w:t>
      </w:r>
      <w:r>
        <w:t>karim</w:t>
      </w:r>
      <w:r w:rsidRPr="00212CC6">
        <w:rPr>
          <w:lang w:val="ru-RU"/>
        </w:rPr>
        <w:t>-977984/?</w:t>
      </w:r>
      <w:r>
        <w:t>sorting</w:t>
      </w:r>
      <w:r w:rsidRPr="00212CC6">
        <w:rPr>
          <w:lang w:val="ru-RU"/>
        </w:rPr>
        <w:t>=</w:t>
      </w:r>
      <w:r>
        <w:t>rating</w:t>
      </w:r>
    </w:p>
    <w:p w:rsidR="0038652A" w:rsidRPr="00212CC6" w:rsidRDefault="00382D35">
      <w:pPr>
        <w:spacing w:before="160" w:after="160"/>
        <w:jc w:val="center"/>
        <w:rPr>
          <w:lang w:val="ru-RU"/>
        </w:rPr>
      </w:pPr>
      <w:r w:rsidRPr="00212CC6">
        <w:rPr>
          <w:lang w:val="ru-RU"/>
        </w:rPr>
        <w:t>• • •</w:t>
      </w:r>
    </w:p>
    <w:p w:rsidR="0038652A" w:rsidRPr="00212CC6" w:rsidRDefault="00382D35">
      <w:pPr>
        <w:pStyle w:val="21"/>
        <w:spacing w:before="80" w:after="160"/>
        <w:jc w:val="center"/>
        <w:rPr>
          <w:lang w:val="ru-RU"/>
        </w:rPr>
      </w:pPr>
      <w:r w:rsidRPr="00212CC6">
        <w:rPr>
          <w:lang w:val="ru-RU"/>
        </w:rPr>
        <w:t>О берёзовом листе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Вот он - шар земной,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На нём Башкирия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С берёзовый листок величиной.</w:t>
      </w:r>
    </w:p>
    <w:p w:rsidR="0038652A" w:rsidRPr="00212CC6" w:rsidRDefault="0038652A">
      <w:pPr>
        <w:spacing w:after="20"/>
        <w:rPr>
          <w:lang w:val="ru-RU"/>
        </w:rPr>
      </w:pP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Всего лишь навсего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Не больше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Обыкновенного листка,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Берёза же - великая Россия -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Так зелена, так высока!</w:t>
      </w:r>
    </w:p>
    <w:p w:rsidR="0038652A" w:rsidRPr="00212CC6" w:rsidRDefault="0038652A">
      <w:pPr>
        <w:spacing w:after="20"/>
        <w:rPr>
          <w:lang w:val="ru-RU"/>
        </w:rPr>
      </w:pP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Веками тот листок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Сорвать с берёзы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Пытались и огонь,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И ливни, и морозы,</w:t>
      </w:r>
    </w:p>
    <w:p w:rsidR="0038652A" w:rsidRPr="00212CC6" w:rsidRDefault="0038652A">
      <w:pPr>
        <w:spacing w:after="20"/>
        <w:rPr>
          <w:lang w:val="ru-RU"/>
        </w:rPr>
      </w:pP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Заморские далёкие ветра,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И заморозки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С самого утра.</w:t>
      </w:r>
    </w:p>
    <w:p w:rsidR="0038652A" w:rsidRPr="00212CC6" w:rsidRDefault="0038652A">
      <w:pPr>
        <w:spacing w:after="20"/>
        <w:rPr>
          <w:lang w:val="ru-RU"/>
        </w:rPr>
      </w:pP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И сколько гусениц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К ней прилипало встарь?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"Религия",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"Покорность",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"Государь!".</w:t>
      </w:r>
    </w:p>
    <w:p w:rsidR="0038652A" w:rsidRPr="00212CC6" w:rsidRDefault="0038652A">
      <w:pPr>
        <w:spacing w:after="20"/>
        <w:rPr>
          <w:lang w:val="ru-RU"/>
        </w:rPr>
      </w:pP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Но зеленел листок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Среди ветвей,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Питаясь соком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Матери своей.</w:t>
      </w:r>
    </w:p>
    <w:p w:rsidR="0038652A" w:rsidRPr="00212CC6" w:rsidRDefault="0038652A">
      <w:pPr>
        <w:spacing w:after="20"/>
        <w:rPr>
          <w:lang w:val="ru-RU"/>
        </w:rPr>
      </w:pP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Но, бури и ветра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Преодолев,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Крепчает листьев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Радостный напев.</w:t>
      </w:r>
    </w:p>
    <w:p w:rsidR="00670658" w:rsidRPr="00C23CA3" w:rsidRDefault="00670658">
      <w:pPr>
        <w:spacing w:line="240" w:lineRule="auto"/>
        <w:ind w:left="792" w:right="288"/>
        <w:rPr>
          <w:sz w:val="23"/>
          <w:lang w:val="ru-RU"/>
        </w:rPr>
      </w:pPr>
    </w:p>
    <w:p w:rsidR="00670658" w:rsidRPr="00C23CA3" w:rsidRDefault="00670658">
      <w:pPr>
        <w:spacing w:line="240" w:lineRule="auto"/>
        <w:ind w:left="792" w:right="288"/>
        <w:rPr>
          <w:sz w:val="23"/>
          <w:lang w:val="ru-RU"/>
        </w:rPr>
      </w:pP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*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Пускай на глобусе ты кажешься листком,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Горячим занесённым ветерком, -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Башкирия моя! Твой сын простой,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Я восхищён твоею широтой!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Родной моей, единственной, великой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Простерлась ты от Ика до Яика,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И у тебя такие горы есть: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Вершин достичь - орёл сочтёт за честь!..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Я с детства так люблю -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Твой сын -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И гордость гор, и красоту долин,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И золото земли,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И серебристость вод,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Но всех дороже мне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Родной народ!</w:t>
      </w:r>
    </w:p>
    <w:p w:rsidR="00670658" w:rsidRPr="00C23CA3" w:rsidRDefault="00670658">
      <w:pPr>
        <w:spacing w:line="240" w:lineRule="auto"/>
        <w:ind w:left="792" w:right="288"/>
        <w:rPr>
          <w:sz w:val="23"/>
          <w:lang w:val="ru-RU"/>
        </w:rPr>
      </w:pPr>
    </w:p>
    <w:p w:rsidR="00670658" w:rsidRPr="00C23CA3" w:rsidRDefault="00670658">
      <w:pPr>
        <w:spacing w:line="240" w:lineRule="auto"/>
        <w:ind w:left="792" w:right="288"/>
        <w:rPr>
          <w:sz w:val="23"/>
          <w:lang w:val="ru-RU"/>
        </w:rPr>
      </w:pP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*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На глобусе страна не велика -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Размер не обыкновенного листка.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А если в глубь веков заглянешь ты -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Узришь народного величия черты.</w:t>
      </w:r>
    </w:p>
    <w:p w:rsidR="0038652A" w:rsidRPr="00212CC6" w:rsidRDefault="0038652A">
      <w:pPr>
        <w:spacing w:after="20"/>
        <w:rPr>
          <w:lang w:val="ru-RU"/>
        </w:rPr>
      </w:pP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По тропам нашей радостной земли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Чредою поколения прошли,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И славу их вздымал за веком рек,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И горе их - на дне башкирских рек.</w:t>
      </w:r>
    </w:p>
    <w:p w:rsidR="0038652A" w:rsidRPr="00212CC6" w:rsidRDefault="0038652A">
      <w:pPr>
        <w:spacing w:after="20"/>
        <w:rPr>
          <w:lang w:val="ru-RU"/>
        </w:rPr>
      </w:pP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Они - история!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Они ушли в века,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И подпись их -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На скалах след клинка.</w:t>
      </w:r>
    </w:p>
    <w:p w:rsidR="0038652A" w:rsidRPr="00212CC6" w:rsidRDefault="0038652A">
      <w:pPr>
        <w:spacing w:after="20"/>
        <w:rPr>
          <w:lang w:val="ru-RU"/>
        </w:rPr>
      </w:pP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"Повинного не рубит сабля", -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Так издревле в народе говорили,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Но наши предки в битвах не ослабли,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Ни перед кем колен не преклонили.</w:t>
      </w:r>
    </w:p>
    <w:p w:rsidR="0038652A" w:rsidRPr="00212CC6" w:rsidRDefault="0038652A">
      <w:pPr>
        <w:spacing w:after="20"/>
        <w:rPr>
          <w:lang w:val="ru-RU"/>
        </w:rPr>
      </w:pP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Народ мой не был рабски покорён,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Пусть был он нищ - не нищенствовал он,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Носил он саблю только потому,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Что не хотел надеть суму.</w:t>
      </w:r>
    </w:p>
    <w:p w:rsidR="0038652A" w:rsidRPr="00212CC6" w:rsidRDefault="0038652A">
      <w:pPr>
        <w:spacing w:after="20"/>
        <w:rPr>
          <w:lang w:val="ru-RU"/>
        </w:rPr>
      </w:pP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Носил он саблю с древнею резьбой,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Но не ходил к соседям на разбой.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Кто покорить хотел страну мою,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Тот падал сам, поверженный в бою.</w:t>
      </w:r>
    </w:p>
    <w:p w:rsidR="0038652A" w:rsidRPr="00212CC6" w:rsidRDefault="0038652A">
      <w:pPr>
        <w:spacing w:after="20"/>
        <w:rPr>
          <w:lang w:val="ru-RU"/>
        </w:rPr>
      </w:pPr>
    </w:p>
    <w:p w:rsidR="00670658" w:rsidRPr="00C23CA3" w:rsidRDefault="00670658">
      <w:pPr>
        <w:spacing w:line="240" w:lineRule="auto"/>
        <w:ind w:left="792" w:right="288"/>
        <w:rPr>
          <w:sz w:val="23"/>
          <w:lang w:val="ru-RU"/>
        </w:rPr>
      </w:pPr>
    </w:p>
    <w:p w:rsidR="00670658" w:rsidRPr="00C23CA3" w:rsidRDefault="00670658">
      <w:pPr>
        <w:spacing w:line="240" w:lineRule="auto"/>
        <w:ind w:left="792" w:right="288"/>
        <w:rPr>
          <w:sz w:val="23"/>
          <w:lang w:val="ru-RU"/>
        </w:rPr>
      </w:pP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Он у врагов не спрашивал имён,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Убить врага - таков у нас закон!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И всё, что близко мне, -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Всю радость наших дней -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Завоевал народ богатырей</w:t>
      </w:r>
    </w:p>
    <w:p w:rsidR="0038652A" w:rsidRPr="00212CC6" w:rsidRDefault="00382D35">
      <w:pPr>
        <w:pStyle w:val="SourceNote"/>
        <w:rPr>
          <w:lang w:val="ru-RU"/>
        </w:rPr>
      </w:pPr>
      <w:r w:rsidRPr="00212CC6">
        <w:rPr>
          <w:lang w:val="ru-RU"/>
        </w:rPr>
        <w:t xml:space="preserve">В предоставленном материале интернет-публикация подписана «Башкирия с берёзовым листком». Источник: </w:t>
      </w:r>
      <w:r>
        <w:t>https</w:t>
      </w:r>
      <w:r w:rsidRPr="00212CC6">
        <w:rPr>
          <w:lang w:val="ru-RU"/>
        </w:rPr>
        <w:t>://</w:t>
      </w:r>
      <w:r>
        <w:t>stihi</w:t>
      </w:r>
      <w:r w:rsidRPr="00212CC6">
        <w:rPr>
          <w:lang w:val="ru-RU"/>
        </w:rPr>
        <w:t>.</w:t>
      </w:r>
      <w:r>
        <w:t>ru</w:t>
      </w:r>
      <w:r w:rsidRPr="00212CC6">
        <w:rPr>
          <w:lang w:val="ru-RU"/>
        </w:rPr>
        <w:t>/2026/01/22/7417</w:t>
      </w:r>
    </w:p>
    <w:p w:rsidR="0038652A" w:rsidRPr="00212CC6" w:rsidRDefault="00382D35">
      <w:pPr>
        <w:spacing w:before="160" w:after="160"/>
        <w:jc w:val="center"/>
        <w:rPr>
          <w:lang w:val="ru-RU"/>
        </w:rPr>
      </w:pPr>
      <w:r w:rsidRPr="00212CC6">
        <w:rPr>
          <w:lang w:val="ru-RU"/>
        </w:rPr>
        <w:t>• • •</w:t>
      </w:r>
    </w:p>
    <w:p w:rsidR="0038652A" w:rsidRPr="00212CC6" w:rsidRDefault="00382D35">
      <w:pPr>
        <w:pStyle w:val="21"/>
        <w:spacing w:before="80" w:after="160"/>
        <w:jc w:val="center"/>
        <w:rPr>
          <w:lang w:val="ru-RU"/>
        </w:rPr>
      </w:pPr>
      <w:r w:rsidRPr="00212CC6">
        <w:rPr>
          <w:lang w:val="ru-RU"/>
        </w:rPr>
        <w:t>Я ухожу, товарищи, на фронт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Я ухожу, товарищи, на фронт.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Чтоб стариков текла спокойно старость,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Чтоб нашим девушкам краса осталась.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Чтобы наш Урал всегда стоял могучий,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Чтобы над Белой не сгущались тучи.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Товарищи, я ухожу на фронт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За ту весну, что навсегда настанет,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За светлый сад, который краше станет,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За маленького сына моего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И Родины любимой торжество.</w:t>
      </w:r>
    </w:p>
    <w:p w:rsidR="0038652A" w:rsidRPr="00212CC6" w:rsidRDefault="00382D35">
      <w:pPr>
        <w:pStyle w:val="SourceNote"/>
        <w:rPr>
          <w:lang w:val="ru-RU"/>
        </w:rPr>
      </w:pPr>
      <w:r w:rsidRPr="00212CC6">
        <w:rPr>
          <w:lang w:val="ru-RU"/>
        </w:rPr>
        <w:t xml:space="preserve">Источник текста в предоставленном материале: Республиканский музей Боевой Славы, Уфа — </w:t>
      </w:r>
      <w:r>
        <w:t>https</w:t>
      </w:r>
      <w:r w:rsidRPr="00212CC6">
        <w:rPr>
          <w:lang w:val="ru-RU"/>
        </w:rPr>
        <w:t>://</w:t>
      </w:r>
      <w:r>
        <w:t>rmbs</w:t>
      </w:r>
      <w:r w:rsidRPr="00212CC6">
        <w:rPr>
          <w:lang w:val="ru-RU"/>
        </w:rPr>
        <w:t>-</w:t>
      </w:r>
      <w:r>
        <w:t>ufa</w:t>
      </w:r>
      <w:r w:rsidRPr="00212CC6">
        <w:rPr>
          <w:lang w:val="ru-RU"/>
        </w:rPr>
        <w:t>.</w:t>
      </w:r>
      <w:r>
        <w:t>ru</w:t>
      </w:r>
      <w:r w:rsidRPr="00212CC6">
        <w:rPr>
          <w:lang w:val="ru-RU"/>
        </w:rPr>
        <w:t>/</w:t>
      </w:r>
      <w:r>
        <w:t>ru</w:t>
      </w:r>
      <w:r w:rsidRPr="00212CC6">
        <w:rPr>
          <w:lang w:val="ru-RU"/>
        </w:rPr>
        <w:t>/</w:t>
      </w:r>
      <w:r>
        <w:t>nashi</w:t>
      </w:r>
      <w:r w:rsidRPr="00212CC6">
        <w:rPr>
          <w:lang w:val="ru-RU"/>
        </w:rPr>
        <w:t>-</w:t>
      </w:r>
      <w:r>
        <w:t>proekty</w:t>
      </w:r>
      <w:r w:rsidRPr="00212CC6">
        <w:rPr>
          <w:lang w:val="ru-RU"/>
        </w:rPr>
        <w:t>/</w:t>
      </w:r>
      <w:r>
        <w:t>opaljonnye</w:t>
      </w:r>
      <w:r w:rsidRPr="00212CC6">
        <w:rPr>
          <w:lang w:val="ru-RU"/>
        </w:rPr>
        <w:t>-</w:t>
      </w:r>
      <w:r>
        <w:t>stroki</w:t>
      </w:r>
      <w:r w:rsidRPr="00212CC6">
        <w:rPr>
          <w:lang w:val="ru-RU"/>
        </w:rPr>
        <w:t>/</w:t>
      </w:r>
      <w:r>
        <w:t>mustaj</w:t>
      </w:r>
      <w:r w:rsidRPr="00212CC6">
        <w:rPr>
          <w:lang w:val="ru-RU"/>
        </w:rPr>
        <w:t>-</w:t>
      </w:r>
      <w:r>
        <w:t>karim</w:t>
      </w:r>
    </w:p>
    <w:p w:rsidR="0038652A" w:rsidRPr="00212CC6" w:rsidRDefault="00382D35">
      <w:pPr>
        <w:rPr>
          <w:lang w:val="ru-RU"/>
        </w:rPr>
      </w:pPr>
      <w:r w:rsidRPr="00212CC6">
        <w:rPr>
          <w:lang w:val="ru-RU"/>
        </w:rPr>
        <w:br w:type="page"/>
      </w:r>
    </w:p>
    <w:p w:rsidR="0038652A" w:rsidRPr="00212CC6" w:rsidRDefault="00382D35">
      <w:pPr>
        <w:pStyle w:val="1"/>
        <w:jc w:val="center"/>
        <w:rPr>
          <w:lang w:val="ru-RU"/>
        </w:rPr>
      </w:pPr>
      <w:r w:rsidRPr="00212CC6">
        <w:rPr>
          <w:lang w:val="ru-RU"/>
        </w:rPr>
        <w:lastRenderedPageBreak/>
        <w:t>3. Габдулла Тукай</w:t>
      </w:r>
    </w:p>
    <w:p w:rsidR="0038652A" w:rsidRPr="00212CC6" w:rsidRDefault="00382D35">
      <w:pPr>
        <w:pStyle w:val="21"/>
        <w:spacing w:before="80" w:after="160"/>
        <w:jc w:val="center"/>
        <w:rPr>
          <w:lang w:val="ru-RU"/>
        </w:rPr>
      </w:pPr>
      <w:r w:rsidRPr="00212CC6">
        <w:rPr>
          <w:lang w:val="ru-RU"/>
        </w:rPr>
        <w:t>Родной язык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О, как хорош родной язык, отца и матери язык,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Я в мире множество вещей через тебя навек постиг!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Сперва на этом языке, качая зыбку, пела мать,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А после — бабушка меня старалась сказкою унять.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Родной язык, ты мне помог понять и радость с малых лет,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И боль души, когда в глазах темнеет, меркнет ясный свет.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Ты мне, родной язык, изречь молитву первую помог: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«Прости меня, отца и мать, великодушен будь, мой бог!»</w:t>
      </w:r>
    </w:p>
    <w:p w:rsidR="0038652A" w:rsidRPr="00212CC6" w:rsidRDefault="00382D35">
      <w:pPr>
        <w:pStyle w:val="SourceNote"/>
        <w:rPr>
          <w:lang w:val="ru-RU"/>
        </w:rPr>
      </w:pPr>
      <w:r w:rsidRPr="00212CC6">
        <w:rPr>
          <w:lang w:val="ru-RU"/>
        </w:rPr>
        <w:t xml:space="preserve">Источник в предоставленном материале: Культура.РФ — </w:t>
      </w:r>
      <w:r>
        <w:t>https</w:t>
      </w:r>
      <w:r w:rsidRPr="00212CC6">
        <w:rPr>
          <w:lang w:val="ru-RU"/>
        </w:rPr>
        <w:t>://</w:t>
      </w:r>
      <w:r>
        <w:t>www</w:t>
      </w:r>
      <w:r w:rsidRPr="00212CC6">
        <w:rPr>
          <w:lang w:val="ru-RU"/>
        </w:rPr>
        <w:t>.</w:t>
      </w:r>
      <w:r>
        <w:t>culture</w:t>
      </w:r>
      <w:r w:rsidRPr="00212CC6">
        <w:rPr>
          <w:lang w:val="ru-RU"/>
        </w:rPr>
        <w:t>.</w:t>
      </w:r>
      <w:r>
        <w:t>ru</w:t>
      </w:r>
      <w:r w:rsidRPr="00212CC6">
        <w:rPr>
          <w:lang w:val="ru-RU"/>
        </w:rPr>
        <w:t>/</w:t>
      </w:r>
      <w:r>
        <w:t>poems</w:t>
      </w:r>
      <w:r w:rsidRPr="00212CC6">
        <w:rPr>
          <w:lang w:val="ru-RU"/>
        </w:rPr>
        <w:t>/23831/</w:t>
      </w:r>
      <w:r>
        <w:t>rodnoi</w:t>
      </w:r>
      <w:r w:rsidRPr="00212CC6">
        <w:rPr>
          <w:lang w:val="ru-RU"/>
        </w:rPr>
        <w:t>-</w:t>
      </w:r>
      <w:r>
        <w:t>yazyk</w:t>
      </w:r>
    </w:p>
    <w:p w:rsidR="0038652A" w:rsidRPr="00212CC6" w:rsidRDefault="00382D35">
      <w:pPr>
        <w:spacing w:before="160" w:after="160"/>
        <w:jc w:val="center"/>
        <w:rPr>
          <w:lang w:val="ru-RU"/>
        </w:rPr>
      </w:pPr>
      <w:r w:rsidRPr="00212CC6">
        <w:rPr>
          <w:lang w:val="ru-RU"/>
        </w:rPr>
        <w:t>• • •</w:t>
      </w:r>
    </w:p>
    <w:p w:rsidR="0038652A" w:rsidRPr="00212CC6" w:rsidRDefault="00382D35">
      <w:pPr>
        <w:pStyle w:val="21"/>
        <w:spacing w:before="80" w:after="160"/>
        <w:jc w:val="center"/>
        <w:rPr>
          <w:lang w:val="ru-RU"/>
        </w:rPr>
      </w:pPr>
      <w:r w:rsidRPr="00212CC6">
        <w:rPr>
          <w:lang w:val="ru-RU"/>
        </w:rPr>
        <w:t>Родная деревня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Стоит моя деревня на горке некрутой.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Родник с водой студеной от нас подать рукой.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Мне всё вокруг отрадно, мне вкус воды знаком,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Люблю душой и телом я всё в краю моем.</w:t>
      </w:r>
    </w:p>
    <w:p w:rsidR="0038652A" w:rsidRPr="00212CC6" w:rsidRDefault="0038652A">
      <w:pPr>
        <w:spacing w:after="20"/>
        <w:rPr>
          <w:lang w:val="ru-RU"/>
        </w:rPr>
      </w:pP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Здесь бог вдохнул мне душу, я свет увидел здесь,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Молитву из Корана впервые смог прочесть,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Впервые здесь услышал слова пророка я,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Судьбу его узнал я и путь тяжелый весь.</w:t>
      </w:r>
    </w:p>
    <w:p w:rsidR="0038652A" w:rsidRPr="00212CC6" w:rsidRDefault="0038652A">
      <w:pPr>
        <w:spacing w:after="20"/>
        <w:rPr>
          <w:lang w:val="ru-RU"/>
        </w:rPr>
      </w:pP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Запомнились навеки события детских лет,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Нет времени счастливей, забав беспечней нет.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Я помню, как, бывало, по черной борозде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Шагал со старшим братом я за сохою вслед.</w:t>
      </w:r>
    </w:p>
    <w:p w:rsidR="0038652A" w:rsidRPr="00212CC6" w:rsidRDefault="0038652A">
      <w:pPr>
        <w:spacing w:after="20"/>
        <w:rPr>
          <w:lang w:val="ru-RU"/>
        </w:rPr>
      </w:pP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Я многое увижу — ведь жизнь еще длинна.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И ждет меня, наверно, дорога не одна;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Но только где б я ни был и что б ни делал я —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Ты в памяти и сердце, родная сторона!</w:t>
      </w:r>
    </w:p>
    <w:p w:rsidR="0038652A" w:rsidRPr="00212CC6" w:rsidRDefault="0038652A">
      <w:pPr>
        <w:spacing w:after="20"/>
        <w:rPr>
          <w:lang w:val="ru-RU"/>
        </w:rPr>
      </w:pP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1909 г.</w:t>
      </w:r>
    </w:p>
    <w:p w:rsidR="0038652A" w:rsidRPr="00212CC6" w:rsidRDefault="00382D35">
      <w:pPr>
        <w:pStyle w:val="SourceNote"/>
        <w:rPr>
          <w:lang w:val="ru-RU"/>
        </w:rPr>
      </w:pPr>
      <w:r w:rsidRPr="00212CC6">
        <w:rPr>
          <w:lang w:val="ru-RU"/>
        </w:rPr>
        <w:t>Источник в предоставленном материале: Культура.РФ. Переводчик в предоставленном фрагменте не указан.</w:t>
      </w:r>
    </w:p>
    <w:p w:rsidR="0038652A" w:rsidRPr="00212CC6" w:rsidRDefault="00382D35">
      <w:pPr>
        <w:spacing w:before="160" w:after="160"/>
        <w:jc w:val="center"/>
        <w:rPr>
          <w:lang w:val="ru-RU"/>
        </w:rPr>
      </w:pPr>
      <w:r w:rsidRPr="00212CC6">
        <w:rPr>
          <w:lang w:val="ru-RU"/>
        </w:rPr>
        <w:t>• • •</w:t>
      </w:r>
    </w:p>
    <w:p w:rsidR="0038652A" w:rsidRPr="00212CC6" w:rsidRDefault="00382D35">
      <w:pPr>
        <w:pStyle w:val="21"/>
        <w:spacing w:before="80" w:after="160"/>
        <w:jc w:val="center"/>
        <w:rPr>
          <w:lang w:val="ru-RU"/>
        </w:rPr>
      </w:pPr>
      <w:r w:rsidRPr="00212CC6">
        <w:rPr>
          <w:lang w:val="ru-RU"/>
        </w:rPr>
        <w:t>Пара лошадей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Лошадей в упряжке пара, на Казань лежит мой путь,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И готов рукою крепкой кучер вожжи натянуть.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Свет вечерний тих и ласков, под луною всё блестит,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Ветерок прохладный веет и ветвями шевелит.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Тишина кругом, и только мысли что-то шепчут мне,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Дрема мне глаза смыкает, сны витают в тишине.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Вдруг, открыв глаза, я вижу незнакомые поля, —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Что разлукою зовется, то впервые вижу я.</w:t>
      </w:r>
    </w:p>
    <w:p w:rsidR="00670658" w:rsidRPr="00C23CA3" w:rsidRDefault="00670658">
      <w:pPr>
        <w:spacing w:line="240" w:lineRule="auto"/>
        <w:ind w:left="792" w:right="288"/>
        <w:rPr>
          <w:sz w:val="23"/>
          <w:lang w:val="ru-RU"/>
        </w:rPr>
      </w:pPr>
    </w:p>
    <w:p w:rsidR="00670658" w:rsidRPr="00C23CA3" w:rsidRDefault="00670658">
      <w:pPr>
        <w:spacing w:line="240" w:lineRule="auto"/>
        <w:ind w:left="792" w:right="288"/>
        <w:rPr>
          <w:sz w:val="23"/>
          <w:lang w:val="ru-RU"/>
        </w:rPr>
      </w:pP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Край родной, не будь в обиде, край любимый, о, прости,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Место, где я жил надеждой людям пользу принести!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О, прощай, родимый город, город детства моего!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Милый дом во мгле растаял — словно не было его.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Скучно мне, тоскует сердце, горько думать о своем.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Нет друзей моих со мною, я и дума — мы вдвоем.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Как на грех, еще и кучер призадумался, притих,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Ни красавиц он не славит, ни колечек золотых.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Мне недостает чего-то, иль я что-то потерял?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Всем богат я, нет лишь близких, сиротой я нынче стал.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Здесь чужие все: кто эти Мингали и Бикмулла,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Биктимир? Кому известны их поступки и дела?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Я с родными разлучился, жить несносно стало мне,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И по милым я скучаю, как по солнцу, по луне.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И от этих дум тяжелых головою я поник,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И невольно слезы льются — горя горького родник.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Вдруг ушей моих коснулся голос звонкий, молодой: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«Эй, шакирд, вставай скорее! Вот Казань перед тобой!»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Вздрогнул я, услышав это, и на сердце веселей.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«Ну, айда, быстрее, кучер! Погоняй своих коней!»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Слышу я: призыв к намазу будит утреннюю рань.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О, Казань, ты грусть и бодрость! Светозарная Казань!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Здесь деянья дедов наших, здесь священные места,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Здесь счастливца ожидают милой гурии уста.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Здесь науки, здесь искусства, просвещения очаг,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Здесь живет моя подруга, райский свет в ее очах.</w:t>
      </w:r>
    </w:p>
    <w:p w:rsidR="0038652A" w:rsidRPr="00212CC6" w:rsidRDefault="00382D35">
      <w:pPr>
        <w:pStyle w:val="SourceNote"/>
        <w:rPr>
          <w:lang w:val="ru-RU"/>
        </w:rPr>
      </w:pPr>
      <w:r w:rsidRPr="00212CC6">
        <w:rPr>
          <w:lang w:val="ru-RU"/>
        </w:rPr>
        <w:t>Перевод А. Ахматовой. Источник в предоставленном материале: Культура.РФ.</w:t>
      </w:r>
    </w:p>
    <w:p w:rsidR="0038652A" w:rsidRPr="00212CC6" w:rsidRDefault="00382D35">
      <w:pPr>
        <w:rPr>
          <w:lang w:val="ru-RU"/>
        </w:rPr>
      </w:pPr>
      <w:r w:rsidRPr="00212CC6">
        <w:rPr>
          <w:lang w:val="ru-RU"/>
        </w:rPr>
        <w:br w:type="page"/>
      </w:r>
    </w:p>
    <w:p w:rsidR="0038652A" w:rsidRPr="00212CC6" w:rsidRDefault="00382D35">
      <w:pPr>
        <w:pStyle w:val="1"/>
        <w:jc w:val="center"/>
        <w:rPr>
          <w:lang w:val="ru-RU"/>
        </w:rPr>
      </w:pPr>
      <w:r w:rsidRPr="00212CC6">
        <w:rPr>
          <w:lang w:val="ru-RU"/>
        </w:rPr>
        <w:lastRenderedPageBreak/>
        <w:t>4. Расул Гамзатов</w:t>
      </w:r>
    </w:p>
    <w:p w:rsidR="0038652A" w:rsidRPr="00212CC6" w:rsidRDefault="00382D35">
      <w:pPr>
        <w:pStyle w:val="21"/>
        <w:spacing w:before="80" w:after="160"/>
        <w:jc w:val="center"/>
        <w:rPr>
          <w:lang w:val="ru-RU"/>
        </w:rPr>
      </w:pPr>
      <w:r w:rsidRPr="00212CC6">
        <w:rPr>
          <w:lang w:val="ru-RU"/>
        </w:rPr>
        <w:t>Берегите матерей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Воспеваю то, что вечно ново.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И хотя совсем не гимн пою,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Но в душе родившееся слово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Обретает музыку свою.</w:t>
      </w:r>
    </w:p>
    <w:p w:rsidR="0038652A" w:rsidRPr="00212CC6" w:rsidRDefault="0038652A">
      <w:pPr>
        <w:spacing w:after="20"/>
        <w:rPr>
          <w:lang w:val="ru-RU"/>
        </w:rPr>
      </w:pP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И, моей не подчиняясь воле,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Рвется к звездам, ширится окрест…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Музыкою радости и боли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Он гремит — души моей оркестр.</w:t>
      </w:r>
    </w:p>
    <w:p w:rsidR="0038652A" w:rsidRPr="00212CC6" w:rsidRDefault="0038652A">
      <w:pPr>
        <w:spacing w:after="20"/>
        <w:rPr>
          <w:lang w:val="ru-RU"/>
        </w:rPr>
      </w:pP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Но когда скажу я, как впервые,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Это Слово-Чудо, Слово-Свет, —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Встаньте, люди!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Павшие, живые!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Встаньте, дети бурных наших лет!</w:t>
      </w:r>
    </w:p>
    <w:p w:rsidR="0038652A" w:rsidRPr="00212CC6" w:rsidRDefault="0038652A">
      <w:pPr>
        <w:spacing w:after="20"/>
        <w:rPr>
          <w:lang w:val="ru-RU"/>
        </w:rPr>
      </w:pP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Встаньте, сосны векового бора!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Встаньте, распрямитесь, стебли трав!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Встаньте, все цветы!.. И встаньте, горы,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Небо на плечах своих подняв!</w:t>
      </w:r>
    </w:p>
    <w:p w:rsidR="0038652A" w:rsidRPr="00212CC6" w:rsidRDefault="0038652A">
      <w:pPr>
        <w:spacing w:after="20"/>
        <w:rPr>
          <w:lang w:val="ru-RU"/>
        </w:rPr>
      </w:pPr>
    </w:p>
    <w:p w:rsidR="0038652A" w:rsidRPr="00670658" w:rsidRDefault="00382D35">
      <w:pPr>
        <w:spacing w:line="240" w:lineRule="auto"/>
        <w:ind w:left="792" w:right="288"/>
        <w:rPr>
          <w:lang w:val="ru-RU"/>
        </w:rPr>
      </w:pPr>
      <w:r w:rsidRPr="00670658">
        <w:rPr>
          <w:sz w:val="23"/>
          <w:lang w:val="ru-RU"/>
        </w:rPr>
        <w:t>Встаньте все и выслушайте стоя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Сохраненное во всей красе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Слово это — древнее, святое!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Распрямитесь! Встаньте!.. Встаньте все!</w:t>
      </w:r>
    </w:p>
    <w:p w:rsidR="0038652A" w:rsidRPr="00212CC6" w:rsidRDefault="0038652A">
      <w:pPr>
        <w:spacing w:after="20"/>
        <w:rPr>
          <w:lang w:val="ru-RU"/>
        </w:rPr>
      </w:pP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Как леса встают с зарею новой,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Как травинки рвутся к солнцу ввысь,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Встаньте все, заслышав это слово,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Потому что в слове этом — жизнь.</w:t>
      </w:r>
    </w:p>
    <w:p w:rsidR="0038652A" w:rsidRPr="00212CC6" w:rsidRDefault="0038652A">
      <w:pPr>
        <w:spacing w:after="20"/>
        <w:rPr>
          <w:lang w:val="ru-RU"/>
        </w:rPr>
      </w:pP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Слово это — зов и заклинанье,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В этом слове — сущего душа.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Это — искра первая сознанья,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Первая улыбка малыша.</w:t>
      </w:r>
    </w:p>
    <w:p w:rsidR="0038652A" w:rsidRPr="00212CC6" w:rsidRDefault="0038652A">
      <w:pPr>
        <w:spacing w:after="20"/>
        <w:rPr>
          <w:lang w:val="ru-RU"/>
        </w:rPr>
      </w:pP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Слово это пусть всегда пребудет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И, пробившись сквозь любой затор,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Даже в сердце каменном пробудит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Заглушенной совести укор.</w:t>
      </w:r>
    </w:p>
    <w:p w:rsidR="0038652A" w:rsidRPr="00212CC6" w:rsidRDefault="0038652A">
      <w:pPr>
        <w:spacing w:after="20"/>
        <w:rPr>
          <w:lang w:val="ru-RU"/>
        </w:rPr>
      </w:pP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Слово это сроду не обманет,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В нем сокрыто жизни существо.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В нем — исток всего. Ему конца нет.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Встаньте!..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Я произношу его: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«Мама!»</w:t>
      </w:r>
    </w:p>
    <w:p w:rsidR="0038652A" w:rsidRPr="00212CC6" w:rsidRDefault="00382D35">
      <w:pPr>
        <w:pStyle w:val="SourceNote"/>
        <w:rPr>
          <w:lang w:val="ru-RU"/>
        </w:rPr>
      </w:pPr>
      <w:r w:rsidRPr="00212CC6">
        <w:rPr>
          <w:lang w:val="ru-RU"/>
        </w:rPr>
        <w:lastRenderedPageBreak/>
        <w:t xml:space="preserve">Перевод Ю. Нейман. Источник: Культура.РФ — </w:t>
      </w:r>
      <w:r>
        <w:t>https</w:t>
      </w:r>
      <w:r w:rsidRPr="00212CC6">
        <w:rPr>
          <w:lang w:val="ru-RU"/>
        </w:rPr>
        <w:t>://</w:t>
      </w:r>
      <w:r>
        <w:t>www</w:t>
      </w:r>
      <w:r w:rsidRPr="00212CC6">
        <w:rPr>
          <w:lang w:val="ru-RU"/>
        </w:rPr>
        <w:t>.</w:t>
      </w:r>
      <w:r>
        <w:t>culture</w:t>
      </w:r>
      <w:r w:rsidRPr="00212CC6">
        <w:rPr>
          <w:lang w:val="ru-RU"/>
        </w:rPr>
        <w:t>.</w:t>
      </w:r>
      <w:r>
        <w:t>ru</w:t>
      </w:r>
      <w:r w:rsidRPr="00212CC6">
        <w:rPr>
          <w:lang w:val="ru-RU"/>
        </w:rPr>
        <w:t>/</w:t>
      </w:r>
      <w:r>
        <w:t>poems</w:t>
      </w:r>
      <w:r w:rsidRPr="00212CC6">
        <w:rPr>
          <w:lang w:val="ru-RU"/>
        </w:rPr>
        <w:t>/42284/</w:t>
      </w:r>
      <w:r>
        <w:t>beregite</w:t>
      </w:r>
      <w:r w:rsidRPr="00212CC6">
        <w:rPr>
          <w:lang w:val="ru-RU"/>
        </w:rPr>
        <w:t>-</w:t>
      </w:r>
      <w:r>
        <w:t>materei</w:t>
      </w:r>
    </w:p>
    <w:p w:rsidR="0038652A" w:rsidRPr="00212CC6" w:rsidRDefault="00382D35">
      <w:pPr>
        <w:spacing w:before="160" w:after="160"/>
        <w:jc w:val="center"/>
        <w:rPr>
          <w:lang w:val="ru-RU"/>
        </w:rPr>
      </w:pPr>
      <w:r w:rsidRPr="00212CC6">
        <w:rPr>
          <w:lang w:val="ru-RU"/>
        </w:rPr>
        <w:t>• • •</w:t>
      </w:r>
    </w:p>
    <w:p w:rsidR="0038652A" w:rsidRPr="00212CC6" w:rsidRDefault="00382D35">
      <w:pPr>
        <w:pStyle w:val="21"/>
        <w:spacing w:before="80" w:after="160"/>
        <w:jc w:val="center"/>
        <w:rPr>
          <w:lang w:val="ru-RU"/>
        </w:rPr>
      </w:pPr>
      <w:r w:rsidRPr="00212CC6">
        <w:rPr>
          <w:lang w:val="ru-RU"/>
        </w:rPr>
        <w:t>Берегите друзей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Знай, мой друг, вражде и дружбе цену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И судом поспешным не греши.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Гнев на друга, может быть, мгновенный,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Изливать покуда не спеши.</w:t>
      </w:r>
    </w:p>
    <w:p w:rsidR="0038652A" w:rsidRPr="00212CC6" w:rsidRDefault="0038652A">
      <w:pPr>
        <w:spacing w:after="20"/>
        <w:rPr>
          <w:lang w:val="ru-RU"/>
        </w:rPr>
      </w:pP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Может, друг твой сам поторопился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И тебя обидел невзначай.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Провинился друг и повинился —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Ты ему греха не поминай.</w:t>
      </w:r>
    </w:p>
    <w:p w:rsidR="0038652A" w:rsidRPr="00212CC6" w:rsidRDefault="0038652A">
      <w:pPr>
        <w:spacing w:after="20"/>
        <w:rPr>
          <w:lang w:val="ru-RU"/>
        </w:rPr>
      </w:pP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Люди, мы стареем и ветшаем,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И с теченьем наших лет и дней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Легче мы своих друзей теряем,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Обретаем их куда трудней.</w:t>
      </w:r>
    </w:p>
    <w:p w:rsidR="0038652A" w:rsidRPr="00212CC6" w:rsidRDefault="0038652A">
      <w:pPr>
        <w:spacing w:after="20"/>
        <w:rPr>
          <w:lang w:val="ru-RU"/>
        </w:rPr>
      </w:pP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Если верный конь, поранив ногу,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Вдруг споткнулся, а потом опять,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Не вини его — вини дорогу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И коня не торопись менять.</w:t>
      </w:r>
    </w:p>
    <w:p w:rsidR="0038652A" w:rsidRPr="00212CC6" w:rsidRDefault="0038652A">
      <w:pPr>
        <w:spacing w:after="20"/>
        <w:rPr>
          <w:lang w:val="ru-RU"/>
        </w:rPr>
      </w:pP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Люди, я прошу вас, ради бога,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Не стесняйтесь доброты своей.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На земле друзей не так уж много: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Опасайтесь потерять друзей.</w:t>
      </w:r>
    </w:p>
    <w:p w:rsidR="0038652A" w:rsidRPr="00212CC6" w:rsidRDefault="0038652A">
      <w:pPr>
        <w:spacing w:after="20"/>
        <w:rPr>
          <w:lang w:val="ru-RU"/>
        </w:rPr>
      </w:pP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Я иных придерживался правил,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В слабости усматривая зло.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Скольких в жизни я друзей оставил,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Сколько от меня друзей ушло.</w:t>
      </w:r>
    </w:p>
    <w:p w:rsidR="0038652A" w:rsidRPr="00212CC6" w:rsidRDefault="0038652A">
      <w:pPr>
        <w:spacing w:after="20"/>
        <w:rPr>
          <w:lang w:val="ru-RU"/>
        </w:rPr>
      </w:pP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После было всякого немало.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И, бывало, на путях крутых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Как я каялся, как не хватало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Мне друзей потерянных моих!</w:t>
      </w:r>
    </w:p>
    <w:p w:rsidR="0038652A" w:rsidRPr="00212CC6" w:rsidRDefault="0038652A">
      <w:pPr>
        <w:spacing w:after="20"/>
        <w:rPr>
          <w:lang w:val="ru-RU"/>
        </w:rPr>
      </w:pP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И теперь я всех вас видеть жажду,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Некогда любившие меня,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Мною не прощенные однажды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Или не простившие меня.</w:t>
      </w:r>
    </w:p>
    <w:p w:rsidR="0038652A" w:rsidRPr="00212CC6" w:rsidRDefault="00382D35">
      <w:pPr>
        <w:pStyle w:val="SourceNote"/>
        <w:rPr>
          <w:lang w:val="ru-RU"/>
        </w:rPr>
      </w:pPr>
      <w:r w:rsidRPr="00212CC6">
        <w:rPr>
          <w:lang w:val="ru-RU"/>
        </w:rPr>
        <w:t xml:space="preserve">Перевод Наума Гребнева. Источник: Культура.РФ — </w:t>
      </w:r>
      <w:r>
        <w:t>https</w:t>
      </w:r>
      <w:r w:rsidRPr="00212CC6">
        <w:rPr>
          <w:lang w:val="ru-RU"/>
        </w:rPr>
        <w:t>://</w:t>
      </w:r>
      <w:r>
        <w:t>www</w:t>
      </w:r>
      <w:r w:rsidRPr="00212CC6">
        <w:rPr>
          <w:lang w:val="ru-RU"/>
        </w:rPr>
        <w:t>.</w:t>
      </w:r>
      <w:r>
        <w:t>culture</w:t>
      </w:r>
      <w:r w:rsidRPr="00212CC6">
        <w:rPr>
          <w:lang w:val="ru-RU"/>
        </w:rPr>
        <w:t>.</w:t>
      </w:r>
      <w:r>
        <w:t>ru</w:t>
      </w:r>
      <w:r w:rsidRPr="00212CC6">
        <w:rPr>
          <w:lang w:val="ru-RU"/>
        </w:rPr>
        <w:t>/</w:t>
      </w:r>
      <w:r>
        <w:t>poems</w:t>
      </w:r>
      <w:r w:rsidRPr="00212CC6">
        <w:rPr>
          <w:lang w:val="ru-RU"/>
        </w:rPr>
        <w:t>/42294/</w:t>
      </w:r>
      <w:r>
        <w:t>beregite</w:t>
      </w:r>
      <w:r w:rsidRPr="00212CC6">
        <w:rPr>
          <w:lang w:val="ru-RU"/>
        </w:rPr>
        <w:t>-</w:t>
      </w:r>
      <w:r>
        <w:t>druzei</w:t>
      </w:r>
    </w:p>
    <w:p w:rsidR="00212CC6" w:rsidRDefault="00212CC6">
      <w:pPr>
        <w:spacing w:before="160" w:after="160"/>
        <w:jc w:val="center"/>
        <w:rPr>
          <w:lang w:val="ru-RU"/>
        </w:rPr>
      </w:pPr>
    </w:p>
    <w:p w:rsidR="00212CC6" w:rsidRDefault="00212CC6">
      <w:pPr>
        <w:spacing w:before="160" w:after="160"/>
        <w:jc w:val="center"/>
        <w:rPr>
          <w:lang w:val="ru-RU"/>
        </w:rPr>
      </w:pPr>
    </w:p>
    <w:p w:rsidR="00212CC6" w:rsidRDefault="00212CC6">
      <w:pPr>
        <w:spacing w:before="160" w:after="160"/>
        <w:jc w:val="center"/>
        <w:rPr>
          <w:lang w:val="ru-RU"/>
        </w:rPr>
      </w:pPr>
    </w:p>
    <w:p w:rsidR="0038652A" w:rsidRPr="00212CC6" w:rsidRDefault="00382D35">
      <w:pPr>
        <w:spacing w:before="160" w:after="160"/>
        <w:jc w:val="center"/>
        <w:rPr>
          <w:lang w:val="ru-RU"/>
        </w:rPr>
      </w:pPr>
      <w:r w:rsidRPr="00670658">
        <w:rPr>
          <w:lang w:val="ru-RU"/>
        </w:rPr>
        <w:lastRenderedPageBreak/>
        <w:t>• • •</w:t>
      </w:r>
    </w:p>
    <w:p w:rsidR="0038652A" w:rsidRPr="00212CC6" w:rsidRDefault="00382D35">
      <w:pPr>
        <w:pStyle w:val="21"/>
        <w:spacing w:before="80" w:after="160"/>
        <w:jc w:val="center"/>
        <w:rPr>
          <w:lang w:val="ru-RU"/>
        </w:rPr>
      </w:pPr>
      <w:r w:rsidRPr="00212CC6">
        <w:rPr>
          <w:lang w:val="ru-RU"/>
        </w:rPr>
        <w:t>Журавли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Мне кажется порою, что солдаты,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С кровавых не пришедшие полей,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Не в землю эту полегли когда-то,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А превратились в белых журавлей.</w:t>
      </w:r>
    </w:p>
    <w:p w:rsidR="0038652A" w:rsidRPr="00212CC6" w:rsidRDefault="0038652A">
      <w:pPr>
        <w:spacing w:after="20"/>
        <w:rPr>
          <w:lang w:val="ru-RU"/>
        </w:rPr>
      </w:pP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Они до сей поры с времен тех дальних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Летят и подают нам голоса.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Не потому ль так часто и печально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Мы замолкаем, глядя в небеса?</w:t>
      </w:r>
    </w:p>
    <w:p w:rsidR="0038652A" w:rsidRPr="00212CC6" w:rsidRDefault="0038652A">
      <w:pPr>
        <w:spacing w:after="20"/>
        <w:rPr>
          <w:lang w:val="ru-RU"/>
        </w:rPr>
      </w:pP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Сегодня, предвечернею порою,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Я вижу, как в тумане журавли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Летят своим определенным строем,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Как по полям людьми они брели.</w:t>
      </w:r>
    </w:p>
    <w:p w:rsidR="0038652A" w:rsidRPr="00212CC6" w:rsidRDefault="0038652A">
      <w:pPr>
        <w:spacing w:after="20"/>
        <w:rPr>
          <w:lang w:val="ru-RU"/>
        </w:rPr>
      </w:pP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Они летят, свершают путь свой длинный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И выкликают чьи-то имена.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Не потому ли с кличем журавлиным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От века речь аварская сходна?</w:t>
      </w:r>
    </w:p>
    <w:p w:rsidR="0038652A" w:rsidRPr="00212CC6" w:rsidRDefault="0038652A">
      <w:pPr>
        <w:spacing w:after="20"/>
        <w:rPr>
          <w:lang w:val="ru-RU"/>
        </w:rPr>
      </w:pP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Летит, летит по небу клин усталый —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Летит в тумане на исходе дня,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И в том строю есть промежуток малый —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Быть может, это место для меня!</w:t>
      </w:r>
    </w:p>
    <w:p w:rsidR="0038652A" w:rsidRPr="00212CC6" w:rsidRDefault="0038652A">
      <w:pPr>
        <w:spacing w:after="20"/>
        <w:rPr>
          <w:lang w:val="ru-RU"/>
        </w:rPr>
      </w:pP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Настанет день, и с журавлиной стаей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Я поплыву в такой же сизой мгле,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Из-под небес по-птичьи окликая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Всех вас, кого оставил на земле.</w:t>
      </w:r>
    </w:p>
    <w:p w:rsidR="0038652A" w:rsidRPr="00212CC6" w:rsidRDefault="0038652A">
      <w:pPr>
        <w:spacing w:after="20"/>
        <w:rPr>
          <w:lang w:val="ru-RU"/>
        </w:rPr>
      </w:pP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1965 г.</w:t>
      </w:r>
    </w:p>
    <w:p w:rsidR="0038652A" w:rsidRPr="00212CC6" w:rsidRDefault="00382D35">
      <w:pPr>
        <w:pStyle w:val="SourceNote"/>
        <w:rPr>
          <w:lang w:val="ru-RU"/>
        </w:rPr>
      </w:pPr>
      <w:r w:rsidRPr="00212CC6">
        <w:rPr>
          <w:lang w:val="ru-RU"/>
        </w:rPr>
        <w:t xml:space="preserve">Перевод Наума Гребнева. Источник: Культура.РФ — </w:t>
      </w:r>
      <w:r>
        <w:t>https</w:t>
      </w:r>
      <w:r w:rsidRPr="00212CC6">
        <w:rPr>
          <w:lang w:val="ru-RU"/>
        </w:rPr>
        <w:t>://</w:t>
      </w:r>
      <w:r>
        <w:t>www</w:t>
      </w:r>
      <w:r w:rsidRPr="00212CC6">
        <w:rPr>
          <w:lang w:val="ru-RU"/>
        </w:rPr>
        <w:t>.</w:t>
      </w:r>
      <w:r>
        <w:t>culture</w:t>
      </w:r>
      <w:r w:rsidRPr="00212CC6">
        <w:rPr>
          <w:lang w:val="ru-RU"/>
        </w:rPr>
        <w:t>.</w:t>
      </w:r>
      <w:r>
        <w:t>ru</w:t>
      </w:r>
      <w:r w:rsidRPr="00212CC6">
        <w:rPr>
          <w:lang w:val="ru-RU"/>
        </w:rPr>
        <w:t>/</w:t>
      </w:r>
      <w:r>
        <w:t>poems</w:t>
      </w:r>
      <w:r w:rsidRPr="00212CC6">
        <w:rPr>
          <w:lang w:val="ru-RU"/>
        </w:rPr>
        <w:t>/42290/</w:t>
      </w:r>
      <w:r>
        <w:t>zhuravli</w:t>
      </w:r>
    </w:p>
    <w:p w:rsidR="0038652A" w:rsidRPr="00212CC6" w:rsidRDefault="00382D35">
      <w:pPr>
        <w:rPr>
          <w:lang w:val="ru-RU"/>
        </w:rPr>
      </w:pPr>
      <w:r w:rsidRPr="00212CC6">
        <w:rPr>
          <w:lang w:val="ru-RU"/>
        </w:rPr>
        <w:br w:type="page"/>
      </w:r>
    </w:p>
    <w:p w:rsidR="0038652A" w:rsidRPr="00212CC6" w:rsidRDefault="00382D35">
      <w:pPr>
        <w:pStyle w:val="1"/>
        <w:jc w:val="center"/>
        <w:rPr>
          <w:lang w:val="ru-RU"/>
        </w:rPr>
      </w:pPr>
      <w:r w:rsidRPr="00212CC6">
        <w:rPr>
          <w:lang w:val="ru-RU"/>
        </w:rPr>
        <w:lastRenderedPageBreak/>
        <w:t>5. Исхак Машбаш</w:t>
      </w:r>
    </w:p>
    <w:p w:rsidR="0038652A" w:rsidRPr="00212CC6" w:rsidRDefault="00382D35">
      <w:pPr>
        <w:pStyle w:val="21"/>
        <w:spacing w:before="80" w:after="160"/>
        <w:jc w:val="center"/>
        <w:rPr>
          <w:lang w:val="ru-RU"/>
        </w:rPr>
      </w:pPr>
      <w:r w:rsidRPr="00212CC6">
        <w:rPr>
          <w:lang w:val="ru-RU"/>
        </w:rPr>
        <w:t>Адыги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Адыги на земле моей живут.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Они себя черкесами зовут.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Смеются солнцу. Добрых ждут дождей.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Живут адыги на земле людей.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А ты о них не знаешь ничего -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Ни песен их гортанных, ни традиций.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Когда в ауле человек родится,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То дерево сажают в честь него.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И выстрелами миру возвестят,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Что человека нового растят.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Адыги на земле моей живут.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Они себя черкесами зовут.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Во имя счастья не прощают зла.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Не верят трусам. Уважают гордых.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Смешав огонь и мудрость, в сердце горца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Издревле кровь черкесская текла.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Тебе б увидеть, как они танцуют,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Тебе б услышать, как они поют!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На скакунах по праздникам гарцуют,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Черкески и кинжалы достают.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И до сих пор таят в себе кинжалы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И дрожь врагов, и бури тех времен,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Когда земля от выстрелов дрожала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И полыхала с четырех сторон...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Давно не пахнут порохом ущелья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И песен мести пули не поют.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Бывает жарко только от веселья,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Когда невесту замуж выдают.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Живут адыги на земле людей.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Смеются солнцу. Добрых ждут дождей.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Детей растят и собирают в путь,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Благословляя: «Человеком будь».</w:t>
      </w:r>
    </w:p>
    <w:p w:rsidR="0038652A" w:rsidRPr="00212CC6" w:rsidRDefault="0038652A">
      <w:pPr>
        <w:spacing w:after="20"/>
        <w:rPr>
          <w:lang w:val="ru-RU"/>
        </w:rPr>
      </w:pP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1960</w:t>
      </w:r>
    </w:p>
    <w:p w:rsidR="0038652A" w:rsidRPr="00212CC6" w:rsidRDefault="00382D35">
      <w:pPr>
        <w:pStyle w:val="SourceNote"/>
        <w:rPr>
          <w:lang w:val="ru-RU"/>
        </w:rPr>
      </w:pPr>
      <w:r w:rsidRPr="00212CC6">
        <w:rPr>
          <w:lang w:val="ru-RU"/>
        </w:rPr>
        <w:t xml:space="preserve">Источник в предоставленном материале: «Солнечные струны»; интернет-публикация — </w:t>
      </w:r>
      <w:r>
        <w:t>https</w:t>
      </w:r>
      <w:r w:rsidRPr="00212CC6">
        <w:rPr>
          <w:lang w:val="ru-RU"/>
        </w:rPr>
        <w:t>://</w:t>
      </w:r>
      <w:r>
        <w:t>khasa</w:t>
      </w:r>
      <w:r w:rsidRPr="00212CC6">
        <w:rPr>
          <w:lang w:val="ru-RU"/>
        </w:rPr>
        <w:t>.</w:t>
      </w:r>
      <w:r>
        <w:t>narod</w:t>
      </w:r>
      <w:r w:rsidRPr="00212CC6">
        <w:rPr>
          <w:lang w:val="ru-RU"/>
        </w:rPr>
        <w:t>.</w:t>
      </w:r>
      <w:r>
        <w:t>ru</w:t>
      </w:r>
      <w:r w:rsidRPr="00212CC6">
        <w:rPr>
          <w:lang w:val="ru-RU"/>
        </w:rPr>
        <w:t>/</w:t>
      </w:r>
      <w:r>
        <w:t>use</w:t>
      </w:r>
      <w:r w:rsidRPr="00212CC6">
        <w:rPr>
          <w:lang w:val="ru-RU"/>
        </w:rPr>
        <w:t>/</w:t>
      </w:r>
      <w:r>
        <w:t>mashbash</w:t>
      </w:r>
      <w:r w:rsidRPr="00212CC6">
        <w:rPr>
          <w:lang w:val="ru-RU"/>
        </w:rPr>
        <w:t>_</w:t>
      </w:r>
      <w:r>
        <w:t>ishak</w:t>
      </w:r>
      <w:r w:rsidRPr="00212CC6">
        <w:rPr>
          <w:lang w:val="ru-RU"/>
        </w:rPr>
        <w:t>/</w:t>
      </w:r>
      <w:r>
        <w:t>adygi</w:t>
      </w:r>
      <w:r w:rsidRPr="00212CC6">
        <w:rPr>
          <w:lang w:val="ru-RU"/>
        </w:rPr>
        <w:t>.</w:t>
      </w:r>
      <w:r>
        <w:t>html</w:t>
      </w:r>
    </w:p>
    <w:p w:rsidR="0038652A" w:rsidRPr="00212CC6" w:rsidRDefault="00382D35">
      <w:pPr>
        <w:spacing w:before="160" w:after="160"/>
        <w:jc w:val="center"/>
        <w:rPr>
          <w:lang w:val="ru-RU"/>
        </w:rPr>
      </w:pPr>
      <w:r w:rsidRPr="00212CC6">
        <w:rPr>
          <w:lang w:val="ru-RU"/>
        </w:rPr>
        <w:t>• • •</w:t>
      </w:r>
    </w:p>
    <w:p w:rsidR="0038652A" w:rsidRPr="00212CC6" w:rsidRDefault="00382D35">
      <w:pPr>
        <w:pStyle w:val="21"/>
        <w:spacing w:before="80" w:after="160"/>
        <w:jc w:val="center"/>
        <w:rPr>
          <w:lang w:val="ru-RU"/>
        </w:rPr>
      </w:pPr>
      <w:r w:rsidRPr="00212CC6">
        <w:rPr>
          <w:lang w:val="ru-RU"/>
        </w:rPr>
        <w:t>Суровая память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Он в полночь приходит ко мне,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Он говорит в тишине: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- Ты помнишь то самое лето?..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- Я помню, я помню это...</w:t>
      </w:r>
    </w:p>
    <w:p w:rsidR="0038652A" w:rsidRPr="00212CC6" w:rsidRDefault="0038652A">
      <w:pPr>
        <w:spacing w:after="20"/>
        <w:rPr>
          <w:lang w:val="ru-RU"/>
        </w:rPr>
      </w:pP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...Солнце смиряло бег,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Кровавой слезой заплыв.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Лежал на земле человек,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lastRenderedPageBreak/>
        <w:t>В последнем броске застыв.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Лежал человек, обняв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Планету свою горячую.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И на разливы трав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Смотрело солнце незрячее.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И замерла вся земля,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Истезанная, родная...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Я помню, все помню я.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Но как его имя - не знаю.</w:t>
      </w:r>
    </w:p>
    <w:p w:rsidR="0038652A" w:rsidRPr="00212CC6" w:rsidRDefault="0038652A">
      <w:pPr>
        <w:spacing w:after="20"/>
        <w:rPr>
          <w:lang w:val="ru-RU"/>
        </w:rPr>
      </w:pP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...Он в полночь приходит ко мне.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Он говорит в тишине: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- А помнишь ли ты весну,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Ту самую, ту - одну?..</w:t>
      </w:r>
    </w:p>
    <w:p w:rsidR="0038652A" w:rsidRPr="00212CC6" w:rsidRDefault="0038652A">
      <w:pPr>
        <w:spacing w:after="20"/>
        <w:rPr>
          <w:lang w:val="ru-RU"/>
        </w:rPr>
      </w:pP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Вставало солнце, как знамя,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Над всей землею, над нами.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Живые - мы ликовали,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А мертвые наши молчали.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И тот человек молчит,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Под снегом сыпучим спит,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Лежит он под травами вешними,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Лежит он под звездами вечными,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Землю эту любивший,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Ни разу не отступивший,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Зеленым холмиком ставший,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Лежит на груди планеты.</w:t>
      </w:r>
    </w:p>
    <w:p w:rsidR="0038652A" w:rsidRPr="00212CC6" w:rsidRDefault="0038652A">
      <w:pPr>
        <w:spacing w:after="20"/>
        <w:rPr>
          <w:lang w:val="ru-RU"/>
        </w:rPr>
      </w:pP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Он - вечный огонь в очагах,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Частица нашего света,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Он - колос на наших полях,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Он - ливень в палящее лето,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Живителен и беспокоен.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Он - ветер, зовущий в дали,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Он - безымянный воин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На мирном своем пьедестале.</w:t>
      </w:r>
    </w:p>
    <w:p w:rsidR="0038652A" w:rsidRPr="00212CC6" w:rsidRDefault="0038652A">
      <w:pPr>
        <w:spacing w:after="20"/>
        <w:rPr>
          <w:lang w:val="ru-RU"/>
        </w:rPr>
      </w:pP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1957</w:t>
      </w:r>
    </w:p>
    <w:p w:rsidR="0038652A" w:rsidRPr="00212CC6" w:rsidRDefault="00382D35">
      <w:pPr>
        <w:pStyle w:val="SourceNote"/>
        <w:rPr>
          <w:lang w:val="ru-RU"/>
        </w:rPr>
      </w:pPr>
      <w:r w:rsidRPr="00212CC6">
        <w:rPr>
          <w:lang w:val="ru-RU"/>
        </w:rPr>
        <w:t xml:space="preserve">Источник в предоставленном материале: «Солнечные струны»; подборка — </w:t>
      </w:r>
      <w:r>
        <w:t>https</w:t>
      </w:r>
      <w:r w:rsidRPr="00212CC6">
        <w:rPr>
          <w:lang w:val="ru-RU"/>
        </w:rPr>
        <w:t>://</w:t>
      </w:r>
      <w:r>
        <w:t>reading</w:t>
      </w:r>
      <w:r w:rsidRPr="00212CC6">
        <w:rPr>
          <w:lang w:val="ru-RU"/>
        </w:rPr>
        <w:t>-</w:t>
      </w:r>
      <w:r>
        <w:t>hall</w:t>
      </w:r>
      <w:r w:rsidRPr="00212CC6">
        <w:rPr>
          <w:lang w:val="ru-RU"/>
        </w:rPr>
        <w:t>.</w:t>
      </w:r>
      <w:r>
        <w:t>ru</w:t>
      </w:r>
      <w:r w:rsidRPr="00212CC6">
        <w:rPr>
          <w:lang w:val="ru-RU"/>
        </w:rPr>
        <w:t>/</w:t>
      </w:r>
      <w:r>
        <w:t>publication</w:t>
      </w:r>
      <w:r w:rsidRPr="00212CC6">
        <w:rPr>
          <w:lang w:val="ru-RU"/>
        </w:rPr>
        <w:t>.</w:t>
      </w:r>
      <w:r>
        <w:t>php</w:t>
      </w:r>
      <w:r w:rsidRPr="00212CC6">
        <w:rPr>
          <w:lang w:val="ru-RU"/>
        </w:rPr>
        <w:t>?</w:t>
      </w:r>
      <w:r>
        <w:t>id</w:t>
      </w:r>
      <w:r w:rsidRPr="00212CC6">
        <w:rPr>
          <w:lang w:val="ru-RU"/>
        </w:rPr>
        <w:t>=16637</w:t>
      </w:r>
    </w:p>
    <w:p w:rsidR="00670658" w:rsidRPr="00C23CA3" w:rsidRDefault="00670658">
      <w:pPr>
        <w:spacing w:before="160" w:after="160"/>
        <w:jc w:val="center"/>
        <w:rPr>
          <w:lang w:val="ru-RU"/>
        </w:rPr>
      </w:pPr>
    </w:p>
    <w:p w:rsidR="0038652A" w:rsidRPr="00212CC6" w:rsidRDefault="00382D35">
      <w:pPr>
        <w:spacing w:before="160" w:after="160"/>
        <w:jc w:val="center"/>
        <w:rPr>
          <w:lang w:val="ru-RU"/>
        </w:rPr>
      </w:pPr>
      <w:r w:rsidRPr="00212CC6">
        <w:rPr>
          <w:lang w:val="ru-RU"/>
        </w:rPr>
        <w:t>• • •</w:t>
      </w:r>
    </w:p>
    <w:p w:rsidR="0038652A" w:rsidRPr="00212CC6" w:rsidRDefault="00382D35">
      <w:pPr>
        <w:pStyle w:val="21"/>
        <w:spacing w:before="80" w:after="160"/>
        <w:jc w:val="center"/>
        <w:rPr>
          <w:lang w:val="ru-RU"/>
        </w:rPr>
      </w:pPr>
      <w:r w:rsidRPr="00212CC6">
        <w:rPr>
          <w:lang w:val="ru-RU"/>
        </w:rPr>
        <w:t>Живи, добро верши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Сказал мудрец: живи, добро верши,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Да ждать наград за это не спеши.</w:t>
      </w:r>
    </w:p>
    <w:p w:rsidR="0038652A" w:rsidRPr="00212CC6" w:rsidRDefault="0038652A">
      <w:pPr>
        <w:spacing w:after="20"/>
        <w:rPr>
          <w:lang w:val="ru-RU"/>
        </w:rPr>
      </w:pP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Не зря у нас в народе повелось: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«Ты сотвори добро и в реку брось».</w:t>
      </w:r>
    </w:p>
    <w:p w:rsidR="0038652A" w:rsidRPr="00212CC6" w:rsidRDefault="0038652A">
      <w:pPr>
        <w:spacing w:after="20"/>
        <w:rPr>
          <w:lang w:val="ru-RU"/>
        </w:rPr>
      </w:pP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lastRenderedPageBreak/>
        <w:t>Простая эта истина мудра: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Не вспоминай свершённого добра!</w:t>
      </w:r>
    </w:p>
    <w:p w:rsidR="0038652A" w:rsidRPr="00212CC6" w:rsidRDefault="0038652A">
      <w:pPr>
        <w:spacing w:after="20"/>
        <w:rPr>
          <w:lang w:val="ru-RU"/>
        </w:rPr>
      </w:pP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Зато за щедрость в маленьком глотке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Будь благодарен каждый день реке.</w:t>
      </w:r>
    </w:p>
    <w:p w:rsidR="0038652A" w:rsidRPr="00212CC6" w:rsidRDefault="00382D35">
      <w:pPr>
        <w:pStyle w:val="SourceNote"/>
        <w:rPr>
          <w:lang w:val="ru-RU"/>
        </w:rPr>
      </w:pPr>
      <w:r w:rsidRPr="00212CC6">
        <w:rPr>
          <w:lang w:val="ru-RU"/>
        </w:rPr>
        <w:t xml:space="preserve">Перевод Валентины Твороговой. Источник в предоставленном материале: </w:t>
      </w:r>
      <w:r>
        <w:t>https</w:t>
      </w:r>
      <w:r w:rsidRPr="00212CC6">
        <w:rPr>
          <w:lang w:val="ru-RU"/>
        </w:rPr>
        <w:t>://</w:t>
      </w:r>
      <w:r>
        <w:t>reading</w:t>
      </w:r>
      <w:r w:rsidRPr="00212CC6">
        <w:rPr>
          <w:lang w:val="ru-RU"/>
        </w:rPr>
        <w:t>-</w:t>
      </w:r>
      <w:r>
        <w:t>hall</w:t>
      </w:r>
      <w:r w:rsidRPr="00212CC6">
        <w:rPr>
          <w:lang w:val="ru-RU"/>
        </w:rPr>
        <w:t>.</w:t>
      </w:r>
      <w:r>
        <w:t>ru</w:t>
      </w:r>
      <w:r w:rsidRPr="00212CC6">
        <w:rPr>
          <w:lang w:val="ru-RU"/>
        </w:rPr>
        <w:t>/</w:t>
      </w:r>
      <w:r>
        <w:t>publication</w:t>
      </w:r>
      <w:r w:rsidRPr="00212CC6">
        <w:rPr>
          <w:lang w:val="ru-RU"/>
        </w:rPr>
        <w:t>.</w:t>
      </w:r>
      <w:r>
        <w:t>php</w:t>
      </w:r>
      <w:r w:rsidRPr="00212CC6">
        <w:rPr>
          <w:lang w:val="ru-RU"/>
        </w:rPr>
        <w:t>?</w:t>
      </w:r>
      <w:r>
        <w:t>id</w:t>
      </w:r>
      <w:r w:rsidRPr="00212CC6">
        <w:rPr>
          <w:lang w:val="ru-RU"/>
        </w:rPr>
        <w:t>=16637</w:t>
      </w:r>
    </w:p>
    <w:p w:rsidR="0038652A" w:rsidRPr="00212CC6" w:rsidRDefault="00382D35">
      <w:pPr>
        <w:rPr>
          <w:lang w:val="ru-RU"/>
        </w:rPr>
      </w:pPr>
      <w:r w:rsidRPr="00212CC6">
        <w:rPr>
          <w:lang w:val="ru-RU"/>
        </w:rPr>
        <w:br w:type="page"/>
      </w:r>
    </w:p>
    <w:p w:rsidR="0038652A" w:rsidRPr="00212CC6" w:rsidRDefault="00382D35">
      <w:pPr>
        <w:pStyle w:val="1"/>
        <w:jc w:val="center"/>
        <w:rPr>
          <w:lang w:val="ru-RU"/>
        </w:rPr>
      </w:pPr>
      <w:r w:rsidRPr="00212CC6">
        <w:rPr>
          <w:lang w:val="ru-RU"/>
        </w:rPr>
        <w:lastRenderedPageBreak/>
        <w:t>6. Валентин Сорокин</w:t>
      </w:r>
    </w:p>
    <w:p w:rsidR="0038652A" w:rsidRPr="00212CC6" w:rsidRDefault="00382D35">
      <w:pPr>
        <w:pStyle w:val="21"/>
        <w:spacing w:before="80" w:after="160"/>
        <w:jc w:val="center"/>
        <w:rPr>
          <w:lang w:val="ru-RU"/>
        </w:rPr>
      </w:pPr>
      <w:r w:rsidRPr="00212CC6">
        <w:rPr>
          <w:lang w:val="ru-RU"/>
        </w:rPr>
        <w:t>Дух свободы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Есть усталость железного хода,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В скоростях издержался металл.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Есть пределы души у народа: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Разуверился, сникнул и сдал.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О, народ мой, оратай и воин,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Пулей выбитый, взятый тюрьмой,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Ты, как море больное, спокоен, —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Только вздох и туман за кормой.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Только выплеск да свинченный ропот,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Да бунтарская хватка волны.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И не зря рулевой-недотёпа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Громко трусит твоей глубины.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За монархами в подвиге славном,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В гневе праведном, рыцарь земли,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Осенённый заветом державным,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Ты разламывал вдрызг корабли?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На широтах в заботе отважной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Ты не сгиб среди скальных ножей,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Обворованный злой и продажной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Бандой циников и торгашей.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Но грядущего знака расплаты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Не дано миновать никому.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В недрах дрёмы родятся раскаты,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Остро молнии реют во тьму.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Дух свободы и воля свободы,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Не ломается в бурю лоза.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Запевайте о Разине, воды,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Свет высокий, буди небеса!</w:t>
      </w:r>
    </w:p>
    <w:p w:rsidR="0038652A" w:rsidRPr="00212CC6" w:rsidRDefault="00382D35">
      <w:pPr>
        <w:pStyle w:val="SourceNote"/>
        <w:rPr>
          <w:lang w:val="ru-RU"/>
        </w:rPr>
      </w:pPr>
      <w:r w:rsidRPr="00212CC6">
        <w:rPr>
          <w:lang w:val="ru-RU"/>
        </w:rPr>
        <w:t xml:space="preserve">Памяти крейсера «Варяг». Источник текста в предоставленном материале: </w:t>
      </w:r>
      <w:r>
        <w:t>https</w:t>
      </w:r>
      <w:r w:rsidRPr="00212CC6">
        <w:rPr>
          <w:lang w:val="ru-RU"/>
        </w:rPr>
        <w:t>://</w:t>
      </w:r>
      <w:r>
        <w:t>reading</w:t>
      </w:r>
      <w:r w:rsidRPr="00212CC6">
        <w:rPr>
          <w:lang w:val="ru-RU"/>
        </w:rPr>
        <w:t>-</w:t>
      </w:r>
      <w:r>
        <w:t>hall</w:t>
      </w:r>
      <w:r w:rsidRPr="00212CC6">
        <w:rPr>
          <w:lang w:val="ru-RU"/>
        </w:rPr>
        <w:t>.</w:t>
      </w:r>
      <w:r>
        <w:t>ru</w:t>
      </w:r>
      <w:r w:rsidRPr="00212CC6">
        <w:rPr>
          <w:lang w:val="ru-RU"/>
        </w:rPr>
        <w:t>/</w:t>
      </w:r>
      <w:r>
        <w:t>publication</w:t>
      </w:r>
      <w:r w:rsidRPr="00212CC6">
        <w:rPr>
          <w:lang w:val="ru-RU"/>
        </w:rPr>
        <w:t>.</w:t>
      </w:r>
      <w:r>
        <w:t>php</w:t>
      </w:r>
      <w:r w:rsidRPr="00212CC6">
        <w:rPr>
          <w:lang w:val="ru-RU"/>
        </w:rPr>
        <w:t>?</w:t>
      </w:r>
      <w:r>
        <w:t>id</w:t>
      </w:r>
      <w:r w:rsidRPr="00212CC6">
        <w:rPr>
          <w:lang w:val="ru-RU"/>
        </w:rPr>
        <w:t>=16790</w:t>
      </w:r>
    </w:p>
    <w:p w:rsidR="0038652A" w:rsidRPr="00212CC6" w:rsidRDefault="00382D35">
      <w:pPr>
        <w:spacing w:before="160" w:after="160"/>
        <w:jc w:val="center"/>
        <w:rPr>
          <w:lang w:val="ru-RU"/>
        </w:rPr>
      </w:pPr>
      <w:r w:rsidRPr="00212CC6">
        <w:rPr>
          <w:lang w:val="ru-RU"/>
        </w:rPr>
        <w:t>• • •</w:t>
      </w:r>
    </w:p>
    <w:p w:rsidR="0038652A" w:rsidRPr="00212CC6" w:rsidRDefault="00382D35">
      <w:pPr>
        <w:pStyle w:val="21"/>
        <w:spacing w:before="80" w:after="160"/>
        <w:jc w:val="center"/>
        <w:rPr>
          <w:lang w:val="ru-RU"/>
        </w:rPr>
      </w:pPr>
      <w:r w:rsidRPr="00212CC6">
        <w:rPr>
          <w:lang w:val="ru-RU"/>
        </w:rPr>
        <w:t>К уезжающим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Россия наша бедами объята,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Но с нами Бог и солнышко надежд.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Не предавайте Родину, ребята,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Её вам не заменит зарубеж.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Желаю вам я верности и силы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На каждый миг, на каждый день и час.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Не предавайте братские могилы,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Защитников Отечества и нас!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Бессмысленны успехи и страданья,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Тропа судьбы и добрый звёздный свет, —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Ведь без любви к России нет призванья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И счастья нет, и человека нет.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Я никаких заветов не нарушу,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Отвергнув олигархов перелёт: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кто подвиг свой и душу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lastRenderedPageBreak/>
        <w:t>В родном краю России отдаёт.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Что в жизни нашей может быть дороже: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Банкирский шик иль воинский гранит?..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Богатый тот, кто Родине поможет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И русский меч Победы сохранит!</w:t>
      </w:r>
    </w:p>
    <w:p w:rsidR="0038652A" w:rsidRPr="00212CC6" w:rsidRDefault="00382D35">
      <w:pPr>
        <w:pStyle w:val="SourceNote"/>
        <w:rPr>
          <w:lang w:val="ru-RU"/>
        </w:rPr>
      </w:pPr>
      <w:r w:rsidRPr="00212CC6">
        <w:rPr>
          <w:lang w:val="ru-RU"/>
        </w:rPr>
        <w:t xml:space="preserve">Источник текста в предоставленном материале: </w:t>
      </w:r>
      <w:r>
        <w:t>https</w:t>
      </w:r>
      <w:r w:rsidRPr="00212CC6">
        <w:rPr>
          <w:lang w:val="ru-RU"/>
        </w:rPr>
        <w:t>://</w:t>
      </w:r>
      <w:r>
        <w:t>reading</w:t>
      </w:r>
      <w:r w:rsidRPr="00212CC6">
        <w:rPr>
          <w:lang w:val="ru-RU"/>
        </w:rPr>
        <w:t>-</w:t>
      </w:r>
      <w:r>
        <w:t>hall</w:t>
      </w:r>
      <w:r w:rsidRPr="00212CC6">
        <w:rPr>
          <w:lang w:val="ru-RU"/>
        </w:rPr>
        <w:t>.</w:t>
      </w:r>
      <w:r>
        <w:t>ru</w:t>
      </w:r>
      <w:r w:rsidRPr="00212CC6">
        <w:rPr>
          <w:lang w:val="ru-RU"/>
        </w:rPr>
        <w:t>/</w:t>
      </w:r>
      <w:r>
        <w:t>publication</w:t>
      </w:r>
      <w:r w:rsidRPr="00212CC6">
        <w:rPr>
          <w:lang w:val="ru-RU"/>
        </w:rPr>
        <w:t>.</w:t>
      </w:r>
      <w:r>
        <w:t>php</w:t>
      </w:r>
      <w:r w:rsidRPr="00212CC6">
        <w:rPr>
          <w:lang w:val="ru-RU"/>
        </w:rPr>
        <w:t>?</w:t>
      </w:r>
      <w:r>
        <w:t>id</w:t>
      </w:r>
      <w:r w:rsidRPr="00212CC6">
        <w:rPr>
          <w:lang w:val="ru-RU"/>
        </w:rPr>
        <w:t>=16790</w:t>
      </w:r>
    </w:p>
    <w:p w:rsidR="0038652A" w:rsidRPr="00212CC6" w:rsidRDefault="00382D35">
      <w:pPr>
        <w:spacing w:before="160" w:after="160"/>
        <w:jc w:val="center"/>
        <w:rPr>
          <w:lang w:val="ru-RU"/>
        </w:rPr>
      </w:pPr>
      <w:r w:rsidRPr="00212CC6">
        <w:rPr>
          <w:lang w:val="ru-RU"/>
        </w:rPr>
        <w:t>• • •</w:t>
      </w:r>
    </w:p>
    <w:p w:rsidR="0038652A" w:rsidRPr="00212CC6" w:rsidRDefault="00382D35">
      <w:pPr>
        <w:pStyle w:val="21"/>
        <w:spacing w:before="80" w:after="160"/>
        <w:jc w:val="center"/>
        <w:rPr>
          <w:lang w:val="ru-RU"/>
        </w:rPr>
      </w:pPr>
      <w:r w:rsidRPr="00212CC6">
        <w:rPr>
          <w:lang w:val="ru-RU"/>
        </w:rPr>
        <w:t>Ветер встречи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Глубоко вздохну и вытру слёзы —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Не тоскуй, душа моя, держись!..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Эти взгорья, речки и берёзы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Нам продлят и успокоят жизнь.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Молодость весёлая вернётся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В наши соловьиные края,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И не раз, как прежде, улыбнётся,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Нам с тобой, любимая моя!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Тихо скажет: — Не тропою жалкой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Я шагала, верная судьбе,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Нет, я серебристою русалкой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Выплыла из омута к тебе!..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И в ответ ей всполошится лето,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И такой начнётся перелёт,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Птичий звон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и ливень,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ливень света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Нам опять в ладони упадёт.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И куда я тайно взгляд не кину,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Красоты её не миновать...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Будет тополь обнимать рябину,</w:t>
      </w:r>
    </w:p>
    <w:p w:rsidR="0038652A" w:rsidRPr="00212CC6" w:rsidRDefault="00382D35">
      <w:pPr>
        <w:spacing w:line="240" w:lineRule="auto"/>
        <w:ind w:left="792" w:right="288"/>
        <w:rPr>
          <w:lang w:val="ru-RU"/>
        </w:rPr>
      </w:pPr>
      <w:r w:rsidRPr="00212CC6">
        <w:rPr>
          <w:sz w:val="23"/>
          <w:lang w:val="ru-RU"/>
        </w:rPr>
        <w:t>Будет ветер травы целовать!</w:t>
      </w:r>
    </w:p>
    <w:p w:rsidR="0038652A" w:rsidRPr="00212CC6" w:rsidRDefault="00382D35" w:rsidP="00C23CA3">
      <w:pPr>
        <w:pStyle w:val="SourceNote"/>
        <w:rPr>
          <w:lang w:val="ru-RU"/>
        </w:rPr>
      </w:pPr>
      <w:r w:rsidRPr="00212CC6">
        <w:rPr>
          <w:lang w:val="ru-RU"/>
        </w:rPr>
        <w:t xml:space="preserve">Источник текста в предоставленном материале: </w:t>
      </w:r>
      <w:r>
        <w:t>https</w:t>
      </w:r>
      <w:r w:rsidRPr="00212CC6">
        <w:rPr>
          <w:lang w:val="ru-RU"/>
        </w:rPr>
        <w:t>://</w:t>
      </w:r>
      <w:r>
        <w:t>reading</w:t>
      </w:r>
      <w:r w:rsidRPr="00212CC6">
        <w:rPr>
          <w:lang w:val="ru-RU"/>
        </w:rPr>
        <w:t>-</w:t>
      </w:r>
      <w:r>
        <w:t>hall</w:t>
      </w:r>
      <w:r w:rsidRPr="00212CC6">
        <w:rPr>
          <w:lang w:val="ru-RU"/>
        </w:rPr>
        <w:t>.</w:t>
      </w:r>
      <w:r>
        <w:t>ru</w:t>
      </w:r>
      <w:r w:rsidRPr="00212CC6">
        <w:rPr>
          <w:lang w:val="ru-RU"/>
        </w:rPr>
        <w:t>/</w:t>
      </w:r>
      <w:r>
        <w:t>publication</w:t>
      </w:r>
      <w:r w:rsidRPr="00212CC6">
        <w:rPr>
          <w:lang w:val="ru-RU"/>
        </w:rPr>
        <w:t>.</w:t>
      </w:r>
      <w:r>
        <w:t>php</w:t>
      </w:r>
      <w:r w:rsidRPr="00212CC6">
        <w:rPr>
          <w:lang w:val="ru-RU"/>
        </w:rPr>
        <w:t>?</w:t>
      </w:r>
      <w:r>
        <w:t>id</w:t>
      </w:r>
      <w:r w:rsidRPr="00212CC6">
        <w:rPr>
          <w:lang w:val="ru-RU"/>
        </w:rPr>
        <w:t>=16790</w:t>
      </w:r>
    </w:p>
    <w:sectPr w:rsidR="0038652A" w:rsidRPr="00212CC6" w:rsidSect="00034616">
      <w:headerReference w:type="default" r:id="rId9"/>
      <w:footerReference w:type="default" r:id="rId10"/>
      <w:pgSz w:w="12240" w:h="15840"/>
      <w:pgMar w:top="936" w:right="1080" w:bottom="936" w:left="1296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579A7" w:rsidRDefault="002579A7" w:rsidP="0038652A">
      <w:pPr>
        <w:spacing w:line="240" w:lineRule="auto"/>
      </w:pPr>
      <w:r>
        <w:separator/>
      </w:r>
    </w:p>
  </w:endnote>
  <w:endnote w:type="continuationSeparator" w:id="1">
    <w:p w:rsidR="002579A7" w:rsidRDefault="002579A7" w:rsidP="0038652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52A" w:rsidRDefault="00382D35">
    <w:pPr>
      <w:pStyle w:val="a7"/>
      <w:jc w:val="center"/>
    </w:pPr>
    <w:r>
      <w:rPr>
        <w:sz w:val="18"/>
      </w:rPr>
      <w:t xml:space="preserve">Стр. </w:t>
    </w:r>
    <w:fldSimple w:instr="PAGE">
      <w:r w:rsidR="00C23CA3">
        <w:rPr>
          <w:noProof/>
        </w:rPr>
        <w:t>18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579A7" w:rsidRDefault="002579A7" w:rsidP="0038652A">
      <w:pPr>
        <w:spacing w:line="240" w:lineRule="auto"/>
      </w:pPr>
      <w:r>
        <w:separator/>
      </w:r>
    </w:p>
  </w:footnote>
  <w:footnote w:type="continuationSeparator" w:id="1">
    <w:p w:rsidR="002579A7" w:rsidRDefault="002579A7" w:rsidP="0038652A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52A" w:rsidRDefault="00382D35">
    <w:pPr>
      <w:pStyle w:val="a5"/>
    </w:pPr>
    <w:r>
      <w:rPr>
        <w:sz w:val="18"/>
      </w:rPr>
      <w:t>АНО «Литературная перспектива» | Конкурс 2026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47730"/>
    <w:rsid w:val="00034616"/>
    <w:rsid w:val="0006063C"/>
    <w:rsid w:val="0015074B"/>
    <w:rsid w:val="00212CC6"/>
    <w:rsid w:val="002579A7"/>
    <w:rsid w:val="0029639D"/>
    <w:rsid w:val="00326F90"/>
    <w:rsid w:val="00382D35"/>
    <w:rsid w:val="0038652A"/>
    <w:rsid w:val="00630A87"/>
    <w:rsid w:val="00670658"/>
    <w:rsid w:val="006D054E"/>
    <w:rsid w:val="00AA1D8D"/>
    <w:rsid w:val="00B47730"/>
    <w:rsid w:val="00C23CA3"/>
    <w:rsid w:val="00CB0664"/>
    <w:rsid w:val="00CD2AA1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 w:line="259" w:lineRule="auto"/>
    </w:pPr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2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ourceNote">
    <w:name w:val="SourceNote"/>
    <w:rsid w:val="0038652A"/>
    <w:pPr>
      <w:spacing w:before="80" w:line="240" w:lineRule="auto"/>
    </w:pPr>
    <w:rPr>
      <w:rFonts w:ascii="Times New Roman" w:eastAsia="Times New Roman" w:hAnsi="Times New Roman"/>
      <w:i/>
      <w:sz w:val="18"/>
    </w:rPr>
  </w:style>
  <w:style w:type="paragraph" w:styleId="aff8">
    <w:name w:val="Balloon Text"/>
    <w:basedOn w:val="a1"/>
    <w:link w:val="aff9"/>
    <w:uiPriority w:val="99"/>
    <w:semiHidden/>
    <w:unhideWhenUsed/>
    <w:rsid w:val="00212CC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212CC6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3161</Words>
  <Characters>18020</Characters>
  <Application>Microsoft Office Word</Application>
  <DocSecurity>0</DocSecurity>
  <Lines>150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21139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— стихи для конкурса «Литературная перспектива» 2026</dc:title>
  <dc:subject>Рекомендуемые произведения для конкурсных работ</dc:subject>
  <dc:creator>АНО «Литературная перспектива»</dc:creator>
  <cp:keywords/>
  <dc:description>generated by python-docx</dc:description>
  <cp:lastModifiedBy>User</cp:lastModifiedBy>
  <cp:revision>7</cp:revision>
  <dcterms:created xsi:type="dcterms:W3CDTF">2013-12-23T23:15:00Z</dcterms:created>
  <dcterms:modified xsi:type="dcterms:W3CDTF">2026-09-01T16:53:00Z</dcterms:modified>
  <cp:category/>
</cp:coreProperties>
</file>