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2A2" w:rsidRPr="00A6718A" w:rsidRDefault="00A6718A">
      <w:pPr>
        <w:jc w:val="center"/>
        <w:rPr>
          <w:lang w:val="ru-RU"/>
        </w:rPr>
      </w:pPr>
      <w:r w:rsidRPr="00A6718A">
        <w:rPr>
          <w:b/>
          <w:sz w:val="22"/>
          <w:lang w:val="ru-RU"/>
        </w:rPr>
        <w:t>АНО «Литературная перспектива» | Конкурс 2026</w:t>
      </w:r>
    </w:p>
    <w:p w:rsidR="00D372A2" w:rsidRPr="00A6718A" w:rsidRDefault="00A6718A">
      <w:pPr>
        <w:jc w:val="center"/>
        <w:rPr>
          <w:lang w:val="ru-RU"/>
        </w:rPr>
      </w:pPr>
      <w:r w:rsidRPr="00A6718A">
        <w:rPr>
          <w:b/>
          <w:sz w:val="28"/>
          <w:lang w:val="ru-RU"/>
        </w:rPr>
        <w:t>ФОРМА ЗАЯВКИ УЧАСТНИКА КОНКУРСА</w:t>
      </w:r>
    </w:p>
    <w:p w:rsidR="00D372A2" w:rsidRPr="00A6718A" w:rsidRDefault="00A6718A">
      <w:pPr>
        <w:jc w:val="center"/>
        <w:rPr>
          <w:lang w:val="ru-RU"/>
        </w:rPr>
      </w:pPr>
      <w:r w:rsidRPr="00A6718A">
        <w:rPr>
          <w:i/>
          <w:sz w:val="18"/>
          <w:lang w:val="ru-RU"/>
        </w:rPr>
        <w:t>Редакция от 1 октября 2026 года</w:t>
      </w:r>
      <w:r>
        <w:rPr>
          <w:i/>
          <w:sz w:val="18"/>
          <w:lang w:val="ru-RU"/>
        </w:rPr>
        <w:t xml:space="preserve"> </w:t>
      </w:r>
    </w:p>
    <w:tbl>
      <w:tblPr>
        <w:tblStyle w:val="aff0"/>
        <w:tblW w:w="0" w:type="auto"/>
        <w:jc w:val="center"/>
        <w:tblLook w:val="04A0"/>
      </w:tblPr>
      <w:tblGrid>
        <w:gridCol w:w="5326"/>
        <w:gridCol w:w="5326"/>
      </w:tblGrid>
      <w:tr w:rsidR="00D372A2">
        <w:trPr>
          <w:jc w:val="center"/>
        </w:trPr>
        <w:tc>
          <w:tcPr>
            <w:tcW w:w="5326" w:type="dxa"/>
            <w:vAlign w:val="center"/>
          </w:tcPr>
          <w:p w:rsidR="00D372A2" w:rsidRDefault="00A6718A">
            <w:proofErr w:type="spellStart"/>
            <w:r>
              <w:rPr>
                <w:b/>
              </w:rPr>
              <w:t>Сведения</w:t>
            </w:r>
            <w:proofErr w:type="spellEnd"/>
          </w:p>
        </w:tc>
        <w:tc>
          <w:tcPr>
            <w:tcW w:w="5326" w:type="dxa"/>
            <w:vAlign w:val="center"/>
          </w:tcPr>
          <w:p w:rsidR="00D372A2" w:rsidRDefault="00A6718A">
            <w:r>
              <w:rPr>
                <w:b/>
              </w:rPr>
              <w:t>Заполняется участником / руководителем</w:t>
            </w:r>
          </w:p>
        </w:tc>
      </w:tr>
      <w:tr w:rsidR="00D372A2">
        <w:trPr>
          <w:jc w:val="center"/>
        </w:trPr>
        <w:tc>
          <w:tcPr>
            <w:tcW w:w="5326" w:type="dxa"/>
            <w:vAlign w:val="center"/>
          </w:tcPr>
          <w:p w:rsidR="00D372A2" w:rsidRDefault="00A6718A">
            <w:r>
              <w:rPr>
                <w:sz w:val="18"/>
              </w:rPr>
              <w:t>Номинация Конкурса</w:t>
            </w:r>
          </w:p>
        </w:tc>
        <w:tc>
          <w:tcPr>
            <w:tcW w:w="5326" w:type="dxa"/>
            <w:vAlign w:val="center"/>
          </w:tcPr>
          <w:p w:rsidR="00D372A2" w:rsidRDefault="00A6718A">
            <w:r>
              <w:rPr>
                <w:sz w:val="18"/>
              </w:rPr>
              <w:t>иллюстрация</w:t>
            </w:r>
          </w:p>
        </w:tc>
      </w:tr>
      <w:tr w:rsidR="00D372A2">
        <w:trPr>
          <w:jc w:val="center"/>
        </w:trPr>
        <w:tc>
          <w:tcPr>
            <w:tcW w:w="5326" w:type="dxa"/>
            <w:vAlign w:val="center"/>
          </w:tcPr>
          <w:p w:rsidR="00D372A2" w:rsidRDefault="00A6718A">
            <w:r>
              <w:rPr>
                <w:sz w:val="18"/>
              </w:rPr>
              <w:t>Фамилия, имя, отчество участника</w:t>
            </w:r>
          </w:p>
        </w:tc>
        <w:tc>
          <w:tcPr>
            <w:tcW w:w="5326" w:type="dxa"/>
            <w:vAlign w:val="center"/>
          </w:tcPr>
          <w:p w:rsidR="00D372A2" w:rsidRDefault="00A6718A">
            <w:r>
              <w:rPr>
                <w:sz w:val="18"/>
              </w:rPr>
              <w:t>Иванов Иван Иванович</w:t>
            </w:r>
          </w:p>
        </w:tc>
      </w:tr>
      <w:tr w:rsidR="00D372A2">
        <w:trPr>
          <w:jc w:val="center"/>
        </w:trPr>
        <w:tc>
          <w:tcPr>
            <w:tcW w:w="5326" w:type="dxa"/>
            <w:vAlign w:val="center"/>
          </w:tcPr>
          <w:p w:rsidR="00D372A2" w:rsidRDefault="00A6718A">
            <w:r>
              <w:rPr>
                <w:sz w:val="18"/>
              </w:rPr>
              <w:t>Возраст /</w:t>
            </w:r>
            <w:r>
              <w:rPr>
                <w:sz w:val="18"/>
              </w:rPr>
              <w:t xml:space="preserve"> дата рождения</w:t>
            </w:r>
          </w:p>
        </w:tc>
        <w:tc>
          <w:tcPr>
            <w:tcW w:w="5326" w:type="dxa"/>
            <w:vAlign w:val="center"/>
          </w:tcPr>
          <w:p w:rsidR="00D372A2" w:rsidRDefault="00A6718A">
            <w:r>
              <w:rPr>
                <w:sz w:val="18"/>
              </w:rPr>
              <w:t>10 лет</w:t>
            </w:r>
          </w:p>
        </w:tc>
      </w:tr>
      <w:tr w:rsidR="00D372A2">
        <w:trPr>
          <w:jc w:val="center"/>
        </w:trPr>
        <w:tc>
          <w:tcPr>
            <w:tcW w:w="5326" w:type="dxa"/>
            <w:vAlign w:val="center"/>
          </w:tcPr>
          <w:p w:rsidR="00D372A2" w:rsidRDefault="00A6718A">
            <w:r>
              <w:rPr>
                <w:sz w:val="18"/>
              </w:rPr>
              <w:t>Возрастная категория</w:t>
            </w:r>
          </w:p>
        </w:tc>
        <w:tc>
          <w:tcPr>
            <w:tcW w:w="5326" w:type="dxa"/>
            <w:vAlign w:val="center"/>
          </w:tcPr>
          <w:p w:rsidR="00D372A2" w:rsidRDefault="00A6718A">
            <w:r>
              <w:rPr>
                <w:sz w:val="18"/>
              </w:rPr>
              <w:t>8–11 лет</w:t>
            </w:r>
          </w:p>
        </w:tc>
      </w:tr>
      <w:tr w:rsidR="00D372A2">
        <w:trPr>
          <w:jc w:val="center"/>
        </w:trPr>
        <w:tc>
          <w:tcPr>
            <w:tcW w:w="5326" w:type="dxa"/>
            <w:vAlign w:val="center"/>
          </w:tcPr>
          <w:p w:rsidR="00D372A2" w:rsidRDefault="00A6718A">
            <w:r>
              <w:rPr>
                <w:sz w:val="18"/>
              </w:rPr>
              <w:t>Регион, населённый пункт</w:t>
            </w:r>
          </w:p>
        </w:tc>
        <w:tc>
          <w:tcPr>
            <w:tcW w:w="5326" w:type="dxa"/>
            <w:vAlign w:val="center"/>
          </w:tcPr>
          <w:p w:rsidR="00D372A2" w:rsidRDefault="00A6718A">
            <w:r>
              <w:rPr>
                <w:sz w:val="18"/>
              </w:rPr>
              <w:t>Республика Татарстан, г. Казань</w:t>
            </w:r>
          </w:p>
        </w:tc>
      </w:tr>
      <w:tr w:rsidR="00D372A2">
        <w:trPr>
          <w:jc w:val="center"/>
        </w:trPr>
        <w:tc>
          <w:tcPr>
            <w:tcW w:w="5326" w:type="dxa"/>
            <w:vAlign w:val="center"/>
          </w:tcPr>
          <w:p w:rsidR="00D372A2" w:rsidRDefault="00A6718A">
            <w:r>
              <w:rPr>
                <w:sz w:val="18"/>
              </w:rPr>
              <w:t>Образовательная организация / объединение</w:t>
            </w:r>
          </w:p>
        </w:tc>
        <w:tc>
          <w:tcPr>
            <w:tcW w:w="5326" w:type="dxa"/>
            <w:vAlign w:val="center"/>
          </w:tcPr>
          <w:p w:rsidR="00D372A2" w:rsidRDefault="00A6718A">
            <w:r>
              <w:rPr>
                <w:sz w:val="18"/>
              </w:rPr>
              <w:t>СОШ № 2</w:t>
            </w:r>
          </w:p>
        </w:tc>
      </w:tr>
      <w:tr w:rsidR="00D372A2">
        <w:trPr>
          <w:jc w:val="center"/>
        </w:trPr>
        <w:tc>
          <w:tcPr>
            <w:tcW w:w="5326" w:type="dxa"/>
            <w:vAlign w:val="center"/>
          </w:tcPr>
          <w:p w:rsidR="00D372A2" w:rsidRDefault="00A6718A">
            <w:r>
              <w:rPr>
                <w:sz w:val="18"/>
              </w:rPr>
              <w:t>Класс / курс / группа</w:t>
            </w:r>
          </w:p>
        </w:tc>
        <w:tc>
          <w:tcPr>
            <w:tcW w:w="5326" w:type="dxa"/>
            <w:vAlign w:val="center"/>
          </w:tcPr>
          <w:p w:rsidR="00D372A2" w:rsidRDefault="00A6718A">
            <w:r>
              <w:rPr>
                <w:sz w:val="18"/>
              </w:rPr>
              <w:t>4 класс</w:t>
            </w:r>
          </w:p>
        </w:tc>
      </w:tr>
      <w:tr w:rsidR="00D372A2">
        <w:trPr>
          <w:jc w:val="center"/>
        </w:trPr>
        <w:tc>
          <w:tcPr>
            <w:tcW w:w="5326" w:type="dxa"/>
            <w:vAlign w:val="center"/>
          </w:tcPr>
          <w:p w:rsidR="00D372A2" w:rsidRPr="00A6718A" w:rsidRDefault="00A6718A">
            <w:pPr>
              <w:rPr>
                <w:lang w:val="ru-RU"/>
              </w:rPr>
            </w:pPr>
            <w:r w:rsidRPr="00A6718A">
              <w:rPr>
                <w:sz w:val="18"/>
                <w:lang w:val="ru-RU"/>
              </w:rPr>
              <w:t>ФИО педагога или руководителя работы</w:t>
            </w:r>
          </w:p>
        </w:tc>
        <w:tc>
          <w:tcPr>
            <w:tcW w:w="5326" w:type="dxa"/>
            <w:vAlign w:val="center"/>
          </w:tcPr>
          <w:p w:rsidR="00D372A2" w:rsidRDefault="00A6718A">
            <w:r>
              <w:rPr>
                <w:sz w:val="18"/>
              </w:rPr>
              <w:t>Петров Пётр Петрович</w:t>
            </w:r>
          </w:p>
        </w:tc>
      </w:tr>
      <w:tr w:rsidR="00D372A2">
        <w:trPr>
          <w:jc w:val="center"/>
        </w:trPr>
        <w:tc>
          <w:tcPr>
            <w:tcW w:w="5326" w:type="dxa"/>
            <w:vAlign w:val="center"/>
          </w:tcPr>
          <w:p w:rsidR="00D372A2" w:rsidRPr="00A6718A" w:rsidRDefault="00A6718A">
            <w:pPr>
              <w:rPr>
                <w:lang w:val="ru-RU"/>
              </w:rPr>
            </w:pPr>
            <w:r w:rsidRPr="00A6718A">
              <w:rPr>
                <w:sz w:val="18"/>
                <w:lang w:val="ru-RU"/>
              </w:rPr>
              <w:t xml:space="preserve">Контактный телефон и </w:t>
            </w:r>
            <w:r>
              <w:rPr>
                <w:sz w:val="18"/>
              </w:rPr>
              <w:t>e</w:t>
            </w:r>
            <w:r w:rsidRPr="00A6718A">
              <w:rPr>
                <w:sz w:val="18"/>
                <w:lang w:val="ru-RU"/>
              </w:rPr>
              <w:t>-</w:t>
            </w:r>
            <w:r>
              <w:rPr>
                <w:sz w:val="18"/>
              </w:rPr>
              <w:t>mail</w:t>
            </w:r>
            <w:r w:rsidRPr="00A6718A">
              <w:rPr>
                <w:sz w:val="18"/>
                <w:lang w:val="ru-RU"/>
              </w:rPr>
              <w:t xml:space="preserve"> для связи</w:t>
            </w:r>
          </w:p>
        </w:tc>
        <w:tc>
          <w:tcPr>
            <w:tcW w:w="5326" w:type="dxa"/>
            <w:vAlign w:val="center"/>
          </w:tcPr>
          <w:p w:rsidR="00D372A2" w:rsidRDefault="00A6718A">
            <w:r>
              <w:rPr>
                <w:sz w:val="18"/>
              </w:rPr>
              <w:t>+7 999 999-99-99, test@mail.ru</w:t>
            </w:r>
          </w:p>
        </w:tc>
      </w:tr>
      <w:tr w:rsidR="00D372A2">
        <w:trPr>
          <w:jc w:val="center"/>
        </w:trPr>
        <w:tc>
          <w:tcPr>
            <w:tcW w:w="5326" w:type="dxa"/>
            <w:vAlign w:val="center"/>
          </w:tcPr>
          <w:p w:rsidR="00D372A2" w:rsidRDefault="00A6718A">
            <w:r>
              <w:rPr>
                <w:sz w:val="18"/>
              </w:rPr>
              <w:t>Название конкурсной работы</w:t>
            </w:r>
          </w:p>
        </w:tc>
        <w:tc>
          <w:tcPr>
            <w:tcW w:w="5326" w:type="dxa"/>
            <w:vAlign w:val="center"/>
          </w:tcPr>
          <w:p w:rsidR="00D372A2" w:rsidRDefault="00A6718A">
            <w:r>
              <w:rPr>
                <w:sz w:val="18"/>
              </w:rPr>
              <w:t>«Память»</w:t>
            </w:r>
          </w:p>
        </w:tc>
      </w:tr>
      <w:tr w:rsidR="00D372A2">
        <w:trPr>
          <w:jc w:val="center"/>
        </w:trPr>
        <w:tc>
          <w:tcPr>
            <w:tcW w:w="5326" w:type="dxa"/>
            <w:vAlign w:val="center"/>
          </w:tcPr>
          <w:p w:rsidR="00D372A2" w:rsidRPr="00A6718A" w:rsidRDefault="00A6718A">
            <w:pPr>
              <w:rPr>
                <w:lang w:val="ru-RU"/>
              </w:rPr>
            </w:pPr>
            <w:r w:rsidRPr="00A6718A">
              <w:rPr>
                <w:sz w:val="18"/>
                <w:lang w:val="ru-RU"/>
              </w:rPr>
              <w:t>Автор и название литературного произведения, на основе которого выполнена работа</w:t>
            </w:r>
          </w:p>
        </w:tc>
        <w:tc>
          <w:tcPr>
            <w:tcW w:w="5326" w:type="dxa"/>
            <w:vAlign w:val="center"/>
          </w:tcPr>
          <w:p w:rsidR="00D372A2" w:rsidRDefault="00A6718A">
            <w:r>
              <w:rPr>
                <w:sz w:val="18"/>
              </w:rPr>
              <w:t>Муса Джалиль, «Варварство»</w:t>
            </w:r>
          </w:p>
        </w:tc>
      </w:tr>
      <w:tr w:rsidR="00D372A2" w:rsidRPr="00A6718A">
        <w:trPr>
          <w:jc w:val="center"/>
        </w:trPr>
        <w:tc>
          <w:tcPr>
            <w:tcW w:w="5326" w:type="dxa"/>
            <w:vAlign w:val="center"/>
          </w:tcPr>
          <w:p w:rsidR="00D372A2" w:rsidRPr="00A6718A" w:rsidRDefault="00A6718A">
            <w:pPr>
              <w:rPr>
                <w:lang w:val="ru-RU"/>
              </w:rPr>
            </w:pPr>
            <w:r w:rsidRPr="00A6718A">
              <w:rPr>
                <w:sz w:val="18"/>
                <w:lang w:val="ru-RU"/>
              </w:rPr>
              <w:t>Ссылка на работу / название файла</w:t>
            </w:r>
          </w:p>
        </w:tc>
        <w:tc>
          <w:tcPr>
            <w:tcW w:w="5326" w:type="dxa"/>
            <w:vAlign w:val="center"/>
          </w:tcPr>
          <w:p w:rsidR="00D372A2" w:rsidRPr="00A6718A" w:rsidRDefault="00A6718A">
            <w:pPr>
              <w:rPr>
                <w:lang w:val="ru-RU"/>
              </w:rPr>
            </w:pPr>
            <w:r w:rsidRPr="00A6718A">
              <w:rPr>
                <w:sz w:val="18"/>
                <w:lang w:val="ru-RU"/>
              </w:rPr>
              <w:t>Ссылка</w:t>
            </w:r>
            <w:r w:rsidRPr="00A6718A">
              <w:rPr>
                <w:sz w:val="18"/>
                <w:lang w:val="ru-RU"/>
              </w:rPr>
              <w:t xml:space="preserve"> на Яндекс Диск / Иванов_Память.</w:t>
            </w:r>
            <w:r>
              <w:rPr>
                <w:sz w:val="18"/>
              </w:rPr>
              <w:t>jpg</w:t>
            </w:r>
          </w:p>
        </w:tc>
      </w:tr>
      <w:tr w:rsidR="00D372A2">
        <w:trPr>
          <w:jc w:val="center"/>
        </w:trPr>
        <w:tc>
          <w:tcPr>
            <w:tcW w:w="5326" w:type="dxa"/>
            <w:vAlign w:val="center"/>
          </w:tcPr>
          <w:p w:rsidR="00D372A2" w:rsidRPr="00A6718A" w:rsidRDefault="00A6718A">
            <w:pPr>
              <w:rPr>
                <w:lang w:val="ru-RU"/>
              </w:rPr>
            </w:pPr>
            <w:r w:rsidRPr="00A6718A">
              <w:rPr>
                <w:sz w:val="18"/>
                <w:lang w:val="ru-RU"/>
              </w:rPr>
              <w:t>Подтверждение согласия на обработку персональных данных и использование конкурсной работы в рамках проекта</w:t>
            </w:r>
          </w:p>
        </w:tc>
        <w:tc>
          <w:tcPr>
            <w:tcW w:w="5326" w:type="dxa"/>
            <w:vAlign w:val="center"/>
          </w:tcPr>
          <w:p w:rsidR="00D372A2" w:rsidRDefault="00A6718A">
            <w:r>
              <w:rPr>
                <w:sz w:val="18"/>
              </w:rPr>
              <w:t>Подтверждаю</w:t>
            </w:r>
          </w:p>
        </w:tc>
      </w:tr>
    </w:tbl>
    <w:p w:rsidR="00D372A2" w:rsidRDefault="00D372A2"/>
    <w:p w:rsidR="00D372A2" w:rsidRPr="00A6718A" w:rsidRDefault="00A6718A">
      <w:pPr>
        <w:rPr>
          <w:lang w:val="ru-RU"/>
        </w:rPr>
      </w:pPr>
      <w:r w:rsidRPr="00A6718A">
        <w:rPr>
          <w:b/>
          <w:lang w:val="ru-RU"/>
        </w:rPr>
        <w:t xml:space="preserve">ВАЖНО: </w:t>
      </w:r>
      <w:r w:rsidRPr="00A6718A">
        <w:rPr>
          <w:lang w:val="ru-RU"/>
        </w:rPr>
        <w:t xml:space="preserve">заявка направляется только в редактируемом формате </w:t>
      </w:r>
      <w:r>
        <w:t>DOCX</w:t>
      </w:r>
      <w:r w:rsidRPr="00A6718A">
        <w:rPr>
          <w:lang w:val="ru-RU"/>
        </w:rPr>
        <w:t xml:space="preserve"> (</w:t>
      </w:r>
      <w:r>
        <w:t>Microsoft</w:t>
      </w:r>
      <w:r w:rsidRPr="00A6718A">
        <w:rPr>
          <w:lang w:val="ru-RU"/>
        </w:rPr>
        <w:t xml:space="preserve"> </w:t>
      </w:r>
      <w:r>
        <w:t>Word</w:t>
      </w:r>
      <w:r w:rsidRPr="00A6718A">
        <w:rPr>
          <w:lang w:val="ru-RU"/>
        </w:rPr>
        <w:t>). Фотографии, сканы</w:t>
      </w:r>
      <w:r w:rsidRPr="00A6718A">
        <w:rPr>
          <w:lang w:val="ru-RU"/>
        </w:rPr>
        <w:t xml:space="preserve"> и </w:t>
      </w:r>
      <w:r>
        <w:t>PDF</w:t>
      </w:r>
      <w:r w:rsidRPr="00A6718A">
        <w:rPr>
          <w:lang w:val="ru-RU"/>
        </w:rPr>
        <w:t xml:space="preserve">-файлы заполненного бланка заявки не принимаются. Если заявка направлена в другом формате, организатор вправе попросить прислать её повторно в </w:t>
      </w:r>
      <w:r>
        <w:t>DOCX</w:t>
      </w:r>
      <w:r w:rsidRPr="00A6718A">
        <w:rPr>
          <w:lang w:val="ru-RU"/>
        </w:rPr>
        <w:t>.</w:t>
      </w:r>
    </w:p>
    <w:p w:rsidR="00D372A2" w:rsidRPr="00A6718A" w:rsidRDefault="00A6718A">
      <w:pPr>
        <w:rPr>
          <w:lang w:val="ru-RU"/>
        </w:rPr>
      </w:pPr>
      <w:r w:rsidRPr="00A6718A">
        <w:rPr>
          <w:b/>
          <w:lang w:val="ru-RU"/>
        </w:rPr>
        <w:t xml:space="preserve">Заявку и конкурсную работу направлять на электронную почту: </w:t>
      </w:r>
      <w:r>
        <w:t>anolit</w:t>
      </w:r>
      <w:r w:rsidRPr="00A6718A">
        <w:rPr>
          <w:lang w:val="ru-RU"/>
        </w:rPr>
        <w:t>17@</w:t>
      </w:r>
      <w:r>
        <w:t>yandex</w:t>
      </w:r>
      <w:r w:rsidRPr="00A6718A">
        <w:rPr>
          <w:lang w:val="ru-RU"/>
        </w:rPr>
        <w:t>.</w:t>
      </w:r>
      <w:r>
        <w:t>ru</w:t>
      </w:r>
    </w:p>
    <w:p w:rsidR="00D372A2" w:rsidRPr="00A6718A" w:rsidRDefault="00A6718A">
      <w:pPr>
        <w:rPr>
          <w:lang w:val="ru-RU"/>
        </w:rPr>
      </w:pPr>
      <w:r w:rsidRPr="00A6718A">
        <w:rPr>
          <w:b/>
          <w:lang w:val="ru-RU"/>
        </w:rPr>
        <w:t>В теме письма указать:</w:t>
      </w:r>
      <w:r w:rsidRPr="00A6718A">
        <w:rPr>
          <w:b/>
          <w:lang w:val="ru-RU"/>
        </w:rPr>
        <w:t xml:space="preserve"> </w:t>
      </w:r>
      <w:r w:rsidRPr="00A6718A">
        <w:rPr>
          <w:lang w:val="ru-RU"/>
        </w:rPr>
        <w:t>регион, «Конкурс Дружба народов — дружба литератур», номинация, фамилия и имя участника или название коллектива.</w:t>
      </w:r>
    </w:p>
    <w:p w:rsidR="00D372A2" w:rsidRPr="00A6718A" w:rsidRDefault="00A6718A">
      <w:pPr>
        <w:rPr>
          <w:lang w:val="ru-RU"/>
        </w:rPr>
      </w:pPr>
      <w:r w:rsidRPr="00A6718A">
        <w:rPr>
          <w:b/>
          <w:lang w:val="ru-RU"/>
        </w:rPr>
        <w:t xml:space="preserve">Регионы конкурса: </w:t>
      </w:r>
      <w:r w:rsidRPr="00A6718A">
        <w:rPr>
          <w:lang w:val="ru-RU"/>
        </w:rPr>
        <w:t>Воронежская область / Курская область / Краснодарский край / Республика Татарстан / Республика Крым.</w:t>
      </w:r>
    </w:p>
    <w:sectPr w:rsidR="00D372A2" w:rsidRPr="00A6718A" w:rsidSect="00034616">
      <w:pgSz w:w="12240" w:h="15840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A6718A"/>
    <w:rsid w:val="00AA1D8D"/>
    <w:rsid w:val="00B47730"/>
    <w:rsid w:val="00CB0664"/>
    <w:rsid w:val="00D372A2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1507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</cp:revision>
  <dcterms:created xsi:type="dcterms:W3CDTF">2013-12-23T23:15:00Z</dcterms:created>
  <dcterms:modified xsi:type="dcterms:W3CDTF">2026-10-15T15:35:00Z</dcterms:modified>
  <cp:category/>
</cp:coreProperties>
</file>