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161" w:rsidRPr="00AC4BCB" w:rsidRDefault="00AC4BCB">
      <w:pPr>
        <w:jc w:val="center"/>
        <w:rPr>
          <w:lang w:val="ru-RU"/>
        </w:rPr>
      </w:pPr>
      <w:r w:rsidRPr="00AC4BCB">
        <w:rPr>
          <w:b/>
          <w:sz w:val="22"/>
          <w:lang w:val="ru-RU"/>
        </w:rPr>
        <w:t>АНО «Литературная перспектива» | Конкурс 2026</w:t>
      </w:r>
    </w:p>
    <w:p w:rsidR="007E1161" w:rsidRPr="00AC4BCB" w:rsidRDefault="00AC4BCB">
      <w:pPr>
        <w:jc w:val="center"/>
        <w:rPr>
          <w:lang w:val="ru-RU"/>
        </w:rPr>
      </w:pPr>
      <w:r w:rsidRPr="00AC4BCB">
        <w:rPr>
          <w:b/>
          <w:sz w:val="28"/>
          <w:lang w:val="ru-RU"/>
        </w:rPr>
        <w:t>ФОРМА ЗАЯВКИ УЧАСТНИКА КОНКУРСА</w:t>
      </w:r>
    </w:p>
    <w:p w:rsidR="007E1161" w:rsidRPr="00AC4BCB" w:rsidRDefault="00AC4BCB">
      <w:pPr>
        <w:jc w:val="center"/>
        <w:rPr>
          <w:lang w:val="ru-RU"/>
        </w:rPr>
      </w:pPr>
      <w:r w:rsidRPr="00AC4BCB">
        <w:rPr>
          <w:i/>
          <w:sz w:val="18"/>
          <w:lang w:val="ru-RU"/>
        </w:rPr>
        <w:t>Редакция от 1 октября 2026 года</w:t>
      </w:r>
      <w:r>
        <w:rPr>
          <w:i/>
          <w:sz w:val="18"/>
          <w:lang w:val="ru-RU"/>
        </w:rPr>
        <w:t xml:space="preserve"> </w:t>
      </w:r>
    </w:p>
    <w:tbl>
      <w:tblPr>
        <w:tblStyle w:val="aff0"/>
        <w:tblW w:w="0" w:type="auto"/>
        <w:jc w:val="center"/>
        <w:tblLook w:val="04A0"/>
      </w:tblPr>
      <w:tblGrid>
        <w:gridCol w:w="5326"/>
        <w:gridCol w:w="5326"/>
      </w:tblGrid>
      <w:tr w:rsidR="007E1161">
        <w:trPr>
          <w:jc w:val="center"/>
        </w:trPr>
        <w:tc>
          <w:tcPr>
            <w:tcW w:w="5326" w:type="dxa"/>
            <w:vAlign w:val="center"/>
          </w:tcPr>
          <w:p w:rsidR="007E1161" w:rsidRDefault="00AC4BCB">
            <w:proofErr w:type="spellStart"/>
            <w:r>
              <w:rPr>
                <w:b/>
              </w:rPr>
              <w:t>Сведения</w:t>
            </w:r>
            <w:proofErr w:type="spellEnd"/>
          </w:p>
        </w:tc>
        <w:tc>
          <w:tcPr>
            <w:tcW w:w="5326" w:type="dxa"/>
            <w:vAlign w:val="center"/>
          </w:tcPr>
          <w:p w:rsidR="007E1161" w:rsidRDefault="00AC4BCB">
            <w:r>
              <w:rPr>
                <w:b/>
              </w:rPr>
              <w:t>Заполняется участником / руководителем</w:t>
            </w:r>
          </w:p>
        </w:tc>
      </w:tr>
      <w:tr w:rsidR="007E1161">
        <w:trPr>
          <w:jc w:val="center"/>
        </w:trPr>
        <w:tc>
          <w:tcPr>
            <w:tcW w:w="5326" w:type="dxa"/>
            <w:vAlign w:val="center"/>
          </w:tcPr>
          <w:p w:rsidR="007E1161" w:rsidRDefault="00AC4BCB">
            <w:r>
              <w:rPr>
                <w:sz w:val="18"/>
              </w:rPr>
              <w:t>Номинация Конкурса</w:t>
            </w:r>
          </w:p>
        </w:tc>
        <w:tc>
          <w:tcPr>
            <w:tcW w:w="5326" w:type="dxa"/>
            <w:vAlign w:val="center"/>
          </w:tcPr>
          <w:p w:rsidR="007E1161" w:rsidRDefault="007E1161"/>
        </w:tc>
      </w:tr>
      <w:tr w:rsidR="007E1161">
        <w:trPr>
          <w:jc w:val="center"/>
        </w:trPr>
        <w:tc>
          <w:tcPr>
            <w:tcW w:w="5326" w:type="dxa"/>
            <w:vAlign w:val="center"/>
          </w:tcPr>
          <w:p w:rsidR="007E1161" w:rsidRDefault="00AC4BCB">
            <w:r>
              <w:rPr>
                <w:sz w:val="18"/>
              </w:rPr>
              <w:t>Фамилия, имя, отчество участника</w:t>
            </w:r>
          </w:p>
        </w:tc>
        <w:tc>
          <w:tcPr>
            <w:tcW w:w="5326" w:type="dxa"/>
            <w:vAlign w:val="center"/>
          </w:tcPr>
          <w:p w:rsidR="007E1161" w:rsidRDefault="007E1161"/>
        </w:tc>
      </w:tr>
      <w:tr w:rsidR="007E1161">
        <w:trPr>
          <w:jc w:val="center"/>
        </w:trPr>
        <w:tc>
          <w:tcPr>
            <w:tcW w:w="5326" w:type="dxa"/>
            <w:vAlign w:val="center"/>
          </w:tcPr>
          <w:p w:rsidR="007E1161" w:rsidRDefault="00AC4BCB">
            <w:r>
              <w:rPr>
                <w:sz w:val="18"/>
              </w:rPr>
              <w:t>Возраст / дата рождения</w:t>
            </w:r>
          </w:p>
        </w:tc>
        <w:tc>
          <w:tcPr>
            <w:tcW w:w="5326" w:type="dxa"/>
            <w:vAlign w:val="center"/>
          </w:tcPr>
          <w:p w:rsidR="007E1161" w:rsidRDefault="007E1161"/>
        </w:tc>
      </w:tr>
      <w:tr w:rsidR="007E1161">
        <w:trPr>
          <w:jc w:val="center"/>
        </w:trPr>
        <w:tc>
          <w:tcPr>
            <w:tcW w:w="5326" w:type="dxa"/>
            <w:vAlign w:val="center"/>
          </w:tcPr>
          <w:p w:rsidR="007E1161" w:rsidRDefault="00AC4BCB">
            <w:r>
              <w:rPr>
                <w:sz w:val="18"/>
              </w:rPr>
              <w:t xml:space="preserve">Возрастная </w:t>
            </w:r>
            <w:r>
              <w:rPr>
                <w:sz w:val="18"/>
              </w:rPr>
              <w:t>категория</w:t>
            </w:r>
          </w:p>
        </w:tc>
        <w:tc>
          <w:tcPr>
            <w:tcW w:w="5326" w:type="dxa"/>
            <w:vAlign w:val="center"/>
          </w:tcPr>
          <w:p w:rsidR="007E1161" w:rsidRDefault="007E1161"/>
        </w:tc>
      </w:tr>
      <w:tr w:rsidR="007E1161" w:rsidRPr="00AC4BCB">
        <w:trPr>
          <w:jc w:val="center"/>
        </w:trPr>
        <w:tc>
          <w:tcPr>
            <w:tcW w:w="5326" w:type="dxa"/>
            <w:vAlign w:val="center"/>
          </w:tcPr>
          <w:p w:rsidR="007E1161" w:rsidRDefault="00AC4BCB">
            <w:r>
              <w:rPr>
                <w:sz w:val="18"/>
              </w:rPr>
              <w:t>Регион, населённый пункт</w:t>
            </w:r>
          </w:p>
        </w:tc>
        <w:tc>
          <w:tcPr>
            <w:tcW w:w="5326" w:type="dxa"/>
            <w:vAlign w:val="center"/>
          </w:tcPr>
          <w:p w:rsidR="007E1161" w:rsidRPr="00AC4BCB" w:rsidRDefault="00AC4BCB">
            <w:pPr>
              <w:rPr>
                <w:lang w:val="ru-RU"/>
              </w:rPr>
            </w:pPr>
            <w:r w:rsidRPr="00AC4BCB">
              <w:rPr>
                <w:sz w:val="18"/>
                <w:lang w:val="ru-RU"/>
              </w:rPr>
              <w:t>Воронежская область / Курская область / Краснодарский край / Республика Татарстан / Республика Крым</w:t>
            </w:r>
          </w:p>
        </w:tc>
      </w:tr>
      <w:tr w:rsidR="007E1161">
        <w:trPr>
          <w:jc w:val="center"/>
        </w:trPr>
        <w:tc>
          <w:tcPr>
            <w:tcW w:w="5326" w:type="dxa"/>
            <w:vAlign w:val="center"/>
          </w:tcPr>
          <w:p w:rsidR="007E1161" w:rsidRDefault="00AC4BCB">
            <w:r>
              <w:rPr>
                <w:sz w:val="18"/>
              </w:rPr>
              <w:t>Образовательная организация / объединение</w:t>
            </w:r>
          </w:p>
        </w:tc>
        <w:tc>
          <w:tcPr>
            <w:tcW w:w="5326" w:type="dxa"/>
            <w:vAlign w:val="center"/>
          </w:tcPr>
          <w:p w:rsidR="007E1161" w:rsidRDefault="007E1161"/>
        </w:tc>
      </w:tr>
      <w:tr w:rsidR="007E1161">
        <w:trPr>
          <w:jc w:val="center"/>
        </w:trPr>
        <w:tc>
          <w:tcPr>
            <w:tcW w:w="5326" w:type="dxa"/>
            <w:vAlign w:val="center"/>
          </w:tcPr>
          <w:p w:rsidR="007E1161" w:rsidRDefault="00AC4BCB">
            <w:r>
              <w:rPr>
                <w:sz w:val="18"/>
              </w:rPr>
              <w:t>Класс / курс / группа</w:t>
            </w:r>
          </w:p>
        </w:tc>
        <w:tc>
          <w:tcPr>
            <w:tcW w:w="5326" w:type="dxa"/>
            <w:vAlign w:val="center"/>
          </w:tcPr>
          <w:p w:rsidR="007E1161" w:rsidRDefault="007E1161"/>
        </w:tc>
      </w:tr>
      <w:tr w:rsidR="007E1161" w:rsidRPr="00AC4BCB">
        <w:trPr>
          <w:jc w:val="center"/>
        </w:trPr>
        <w:tc>
          <w:tcPr>
            <w:tcW w:w="5326" w:type="dxa"/>
            <w:vAlign w:val="center"/>
          </w:tcPr>
          <w:p w:rsidR="007E1161" w:rsidRPr="00AC4BCB" w:rsidRDefault="00AC4BCB">
            <w:pPr>
              <w:rPr>
                <w:lang w:val="ru-RU"/>
              </w:rPr>
            </w:pPr>
            <w:r w:rsidRPr="00AC4BCB">
              <w:rPr>
                <w:sz w:val="18"/>
                <w:lang w:val="ru-RU"/>
              </w:rPr>
              <w:t>ФИО педагога или руководителя работы</w:t>
            </w:r>
          </w:p>
        </w:tc>
        <w:tc>
          <w:tcPr>
            <w:tcW w:w="5326" w:type="dxa"/>
            <w:vAlign w:val="center"/>
          </w:tcPr>
          <w:p w:rsidR="007E1161" w:rsidRPr="00AC4BCB" w:rsidRDefault="007E1161">
            <w:pPr>
              <w:rPr>
                <w:lang w:val="ru-RU"/>
              </w:rPr>
            </w:pPr>
          </w:p>
        </w:tc>
      </w:tr>
      <w:tr w:rsidR="007E1161" w:rsidRPr="00AC4BCB">
        <w:trPr>
          <w:jc w:val="center"/>
        </w:trPr>
        <w:tc>
          <w:tcPr>
            <w:tcW w:w="5326" w:type="dxa"/>
            <w:vAlign w:val="center"/>
          </w:tcPr>
          <w:p w:rsidR="007E1161" w:rsidRPr="00AC4BCB" w:rsidRDefault="00AC4BCB">
            <w:pPr>
              <w:rPr>
                <w:lang w:val="ru-RU"/>
              </w:rPr>
            </w:pPr>
            <w:r w:rsidRPr="00AC4BCB">
              <w:rPr>
                <w:sz w:val="18"/>
                <w:lang w:val="ru-RU"/>
              </w:rPr>
              <w:t xml:space="preserve">Контактный </w:t>
            </w:r>
            <w:r w:rsidRPr="00AC4BCB">
              <w:rPr>
                <w:sz w:val="18"/>
                <w:lang w:val="ru-RU"/>
              </w:rPr>
              <w:t xml:space="preserve">телефон и </w:t>
            </w:r>
            <w:r>
              <w:rPr>
                <w:sz w:val="18"/>
              </w:rPr>
              <w:t>e</w:t>
            </w:r>
            <w:r w:rsidRPr="00AC4BCB">
              <w:rPr>
                <w:sz w:val="18"/>
                <w:lang w:val="ru-RU"/>
              </w:rPr>
              <w:t>-</w:t>
            </w:r>
            <w:r>
              <w:rPr>
                <w:sz w:val="18"/>
              </w:rPr>
              <w:t>mail</w:t>
            </w:r>
            <w:r w:rsidRPr="00AC4BCB">
              <w:rPr>
                <w:sz w:val="18"/>
                <w:lang w:val="ru-RU"/>
              </w:rPr>
              <w:t xml:space="preserve"> для связи</w:t>
            </w:r>
          </w:p>
        </w:tc>
        <w:tc>
          <w:tcPr>
            <w:tcW w:w="5326" w:type="dxa"/>
            <w:vAlign w:val="center"/>
          </w:tcPr>
          <w:p w:rsidR="007E1161" w:rsidRPr="00AC4BCB" w:rsidRDefault="007E1161">
            <w:pPr>
              <w:rPr>
                <w:lang w:val="ru-RU"/>
              </w:rPr>
            </w:pPr>
          </w:p>
        </w:tc>
      </w:tr>
      <w:tr w:rsidR="007E1161">
        <w:trPr>
          <w:jc w:val="center"/>
        </w:trPr>
        <w:tc>
          <w:tcPr>
            <w:tcW w:w="5326" w:type="dxa"/>
            <w:vAlign w:val="center"/>
          </w:tcPr>
          <w:p w:rsidR="007E1161" w:rsidRDefault="00AC4BCB">
            <w:r>
              <w:rPr>
                <w:sz w:val="18"/>
              </w:rPr>
              <w:t>Название конкурсной работы</w:t>
            </w:r>
          </w:p>
        </w:tc>
        <w:tc>
          <w:tcPr>
            <w:tcW w:w="5326" w:type="dxa"/>
            <w:vAlign w:val="center"/>
          </w:tcPr>
          <w:p w:rsidR="007E1161" w:rsidRDefault="007E1161"/>
        </w:tc>
      </w:tr>
      <w:tr w:rsidR="007E1161" w:rsidRPr="00AC4BCB">
        <w:trPr>
          <w:jc w:val="center"/>
        </w:trPr>
        <w:tc>
          <w:tcPr>
            <w:tcW w:w="5326" w:type="dxa"/>
            <w:vAlign w:val="center"/>
          </w:tcPr>
          <w:p w:rsidR="007E1161" w:rsidRPr="00AC4BCB" w:rsidRDefault="00AC4BCB">
            <w:pPr>
              <w:rPr>
                <w:lang w:val="ru-RU"/>
              </w:rPr>
            </w:pPr>
            <w:r w:rsidRPr="00AC4BCB">
              <w:rPr>
                <w:sz w:val="18"/>
                <w:lang w:val="ru-RU"/>
              </w:rPr>
              <w:t>Автор и название литературного произведения, на основе которого выполнена работа</w:t>
            </w:r>
          </w:p>
        </w:tc>
        <w:tc>
          <w:tcPr>
            <w:tcW w:w="5326" w:type="dxa"/>
            <w:vAlign w:val="center"/>
          </w:tcPr>
          <w:p w:rsidR="007E1161" w:rsidRPr="00AC4BCB" w:rsidRDefault="007E1161">
            <w:pPr>
              <w:rPr>
                <w:lang w:val="ru-RU"/>
              </w:rPr>
            </w:pPr>
          </w:p>
        </w:tc>
      </w:tr>
      <w:tr w:rsidR="007E1161" w:rsidRPr="00AC4BCB">
        <w:trPr>
          <w:jc w:val="center"/>
        </w:trPr>
        <w:tc>
          <w:tcPr>
            <w:tcW w:w="5326" w:type="dxa"/>
            <w:vAlign w:val="center"/>
          </w:tcPr>
          <w:p w:rsidR="007E1161" w:rsidRPr="00AC4BCB" w:rsidRDefault="00AC4BCB">
            <w:pPr>
              <w:rPr>
                <w:lang w:val="ru-RU"/>
              </w:rPr>
            </w:pPr>
            <w:r w:rsidRPr="00AC4BCB">
              <w:rPr>
                <w:sz w:val="18"/>
                <w:lang w:val="ru-RU"/>
              </w:rPr>
              <w:t>Ссылка на работу / название файла</w:t>
            </w:r>
          </w:p>
        </w:tc>
        <w:tc>
          <w:tcPr>
            <w:tcW w:w="5326" w:type="dxa"/>
            <w:vAlign w:val="center"/>
          </w:tcPr>
          <w:p w:rsidR="007E1161" w:rsidRPr="00AC4BCB" w:rsidRDefault="007E1161">
            <w:pPr>
              <w:rPr>
                <w:lang w:val="ru-RU"/>
              </w:rPr>
            </w:pPr>
          </w:p>
        </w:tc>
      </w:tr>
      <w:tr w:rsidR="007E1161" w:rsidRPr="00AC4BCB">
        <w:trPr>
          <w:jc w:val="center"/>
        </w:trPr>
        <w:tc>
          <w:tcPr>
            <w:tcW w:w="5326" w:type="dxa"/>
            <w:vAlign w:val="center"/>
          </w:tcPr>
          <w:p w:rsidR="007E1161" w:rsidRPr="00AC4BCB" w:rsidRDefault="00AC4BCB">
            <w:pPr>
              <w:rPr>
                <w:lang w:val="ru-RU"/>
              </w:rPr>
            </w:pPr>
            <w:r w:rsidRPr="00AC4BCB">
              <w:rPr>
                <w:sz w:val="18"/>
                <w:lang w:val="ru-RU"/>
              </w:rPr>
              <w:t>Подтверждение согласия на обработку персональных данных и использование конкурс</w:t>
            </w:r>
            <w:r w:rsidRPr="00AC4BCB">
              <w:rPr>
                <w:sz w:val="18"/>
                <w:lang w:val="ru-RU"/>
              </w:rPr>
              <w:t>ной работы в рамках проекта</w:t>
            </w:r>
          </w:p>
        </w:tc>
        <w:tc>
          <w:tcPr>
            <w:tcW w:w="5326" w:type="dxa"/>
            <w:vAlign w:val="center"/>
          </w:tcPr>
          <w:p w:rsidR="007E1161" w:rsidRPr="00AC4BCB" w:rsidRDefault="007E1161">
            <w:pPr>
              <w:rPr>
                <w:lang w:val="ru-RU"/>
              </w:rPr>
            </w:pPr>
          </w:p>
        </w:tc>
      </w:tr>
    </w:tbl>
    <w:p w:rsidR="007E1161" w:rsidRPr="00AC4BCB" w:rsidRDefault="007E1161">
      <w:pPr>
        <w:rPr>
          <w:lang w:val="ru-RU"/>
        </w:rPr>
      </w:pPr>
    </w:p>
    <w:p w:rsidR="007E1161" w:rsidRPr="00AC4BCB" w:rsidRDefault="00AC4BCB">
      <w:pPr>
        <w:rPr>
          <w:lang w:val="ru-RU"/>
        </w:rPr>
      </w:pPr>
      <w:r w:rsidRPr="00AC4BCB">
        <w:rPr>
          <w:b/>
          <w:lang w:val="ru-RU"/>
        </w:rPr>
        <w:t xml:space="preserve">ВАЖНО: </w:t>
      </w:r>
      <w:r w:rsidRPr="00AC4BCB">
        <w:rPr>
          <w:lang w:val="ru-RU"/>
        </w:rPr>
        <w:t xml:space="preserve">заявка направляется только в редактируемом формате </w:t>
      </w:r>
      <w:r>
        <w:t>DOCX</w:t>
      </w:r>
      <w:r w:rsidRPr="00AC4BCB">
        <w:rPr>
          <w:lang w:val="ru-RU"/>
        </w:rPr>
        <w:t xml:space="preserve"> (</w:t>
      </w:r>
      <w:r>
        <w:t>Microsoft</w:t>
      </w:r>
      <w:r w:rsidRPr="00AC4BCB">
        <w:rPr>
          <w:lang w:val="ru-RU"/>
        </w:rPr>
        <w:t xml:space="preserve"> </w:t>
      </w:r>
      <w:r>
        <w:t>Word</w:t>
      </w:r>
      <w:r w:rsidRPr="00AC4BCB">
        <w:rPr>
          <w:lang w:val="ru-RU"/>
        </w:rPr>
        <w:t xml:space="preserve">). Фотографии, сканы и </w:t>
      </w:r>
      <w:r>
        <w:t>PDF</w:t>
      </w:r>
      <w:r w:rsidRPr="00AC4BCB">
        <w:rPr>
          <w:lang w:val="ru-RU"/>
        </w:rPr>
        <w:t xml:space="preserve">-файлы заполненного бланка заявки не принимаются. Если заявка направлена в другом формате, организатор вправе попросить </w:t>
      </w:r>
      <w:r w:rsidRPr="00AC4BCB">
        <w:rPr>
          <w:lang w:val="ru-RU"/>
        </w:rPr>
        <w:t xml:space="preserve">прислать её повторно в </w:t>
      </w:r>
      <w:r>
        <w:t>DOCX</w:t>
      </w:r>
      <w:r w:rsidRPr="00AC4BCB">
        <w:rPr>
          <w:lang w:val="ru-RU"/>
        </w:rPr>
        <w:t>.</w:t>
      </w:r>
    </w:p>
    <w:p w:rsidR="007E1161" w:rsidRPr="00AC4BCB" w:rsidRDefault="00AC4BCB">
      <w:pPr>
        <w:rPr>
          <w:lang w:val="ru-RU"/>
        </w:rPr>
      </w:pPr>
      <w:r w:rsidRPr="00AC4BCB">
        <w:rPr>
          <w:b/>
          <w:lang w:val="ru-RU"/>
        </w:rPr>
        <w:t xml:space="preserve">Заявку и конкурсную работу направлять на электронную почту: </w:t>
      </w:r>
      <w:r>
        <w:t>anolit</w:t>
      </w:r>
      <w:r w:rsidRPr="00AC4BCB">
        <w:rPr>
          <w:lang w:val="ru-RU"/>
        </w:rPr>
        <w:t>17@</w:t>
      </w:r>
      <w:r>
        <w:t>yandex</w:t>
      </w:r>
      <w:r w:rsidRPr="00AC4BCB">
        <w:rPr>
          <w:lang w:val="ru-RU"/>
        </w:rPr>
        <w:t>.</w:t>
      </w:r>
      <w:r>
        <w:t>ru</w:t>
      </w:r>
    </w:p>
    <w:p w:rsidR="007E1161" w:rsidRPr="00AC4BCB" w:rsidRDefault="00AC4BCB">
      <w:pPr>
        <w:rPr>
          <w:lang w:val="ru-RU"/>
        </w:rPr>
      </w:pPr>
      <w:r w:rsidRPr="00AC4BCB">
        <w:rPr>
          <w:b/>
          <w:lang w:val="ru-RU"/>
        </w:rPr>
        <w:t xml:space="preserve">В теме письма указать: </w:t>
      </w:r>
      <w:r w:rsidRPr="00AC4BCB">
        <w:rPr>
          <w:lang w:val="ru-RU"/>
        </w:rPr>
        <w:t>регион, «Конкурс Дружба народов — дружба литератур», номинация, фамилия и имя участника или название коллектива.</w:t>
      </w:r>
    </w:p>
    <w:p w:rsidR="007E1161" w:rsidRPr="00AC4BCB" w:rsidRDefault="00AC4BCB">
      <w:pPr>
        <w:rPr>
          <w:lang w:val="ru-RU"/>
        </w:rPr>
      </w:pPr>
      <w:r w:rsidRPr="00AC4BCB">
        <w:rPr>
          <w:b/>
          <w:lang w:val="ru-RU"/>
        </w:rPr>
        <w:t>Регионы конк</w:t>
      </w:r>
      <w:r w:rsidRPr="00AC4BCB">
        <w:rPr>
          <w:b/>
          <w:lang w:val="ru-RU"/>
        </w:rPr>
        <w:t xml:space="preserve">урса: </w:t>
      </w:r>
      <w:r w:rsidRPr="00AC4BCB">
        <w:rPr>
          <w:lang w:val="ru-RU"/>
        </w:rPr>
        <w:t>Воронежская область / Курская область / Краснодарский край / Республика Татарстан / Республика Крым.</w:t>
      </w:r>
    </w:p>
    <w:sectPr w:rsidR="007E1161" w:rsidRPr="00AC4BCB" w:rsidSect="00034616">
      <w:pgSz w:w="12240" w:h="15840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7E1161"/>
    <w:rsid w:val="00AA1D8D"/>
    <w:rsid w:val="00AC4BCB"/>
    <w:rsid w:val="00B47730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2013-12-23T23:15:00Z</dcterms:created>
  <dcterms:modified xsi:type="dcterms:W3CDTF">2026-10-15T15:35:00Z</dcterms:modified>
  <cp:category/>
</cp:coreProperties>
</file>